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9FA8" w14:textId="77777777" w:rsidR="00FC7DDF" w:rsidRPr="00B14863" w:rsidRDefault="00000000">
      <w:pPr>
        <w:spacing w:after="40"/>
        <w:jc w:val="center"/>
        <w:rPr>
          <w:lang w:val="pl-PL"/>
        </w:rPr>
      </w:pPr>
      <w:r w:rsidRPr="00B14863">
        <w:rPr>
          <w:b/>
          <w:sz w:val="32"/>
          <w:lang w:val="pl-PL"/>
        </w:rPr>
        <w:t>REGULAMIN UCZESTNICTWA W KURSACH ADR</w:t>
      </w:r>
    </w:p>
    <w:p w14:paraId="1F01DBB5" w14:textId="77777777" w:rsidR="00FC7DDF" w:rsidRPr="00B14863" w:rsidRDefault="00000000">
      <w:pPr>
        <w:spacing w:after="160"/>
        <w:jc w:val="center"/>
        <w:rPr>
          <w:lang w:val="pl-PL"/>
        </w:rPr>
      </w:pPr>
      <w:r w:rsidRPr="00B14863">
        <w:rPr>
          <w:b/>
          <w:sz w:val="22"/>
          <w:lang w:val="pl-PL"/>
        </w:rPr>
        <w:t>Ośrodek Szkolenia Zawodowego DOBRY KURS Sylwia Kaczmarek</w:t>
      </w:r>
    </w:p>
    <w:tbl>
      <w:tblPr>
        <w:tblW w:w="0" w:type="auto"/>
        <w:jc w:val="center"/>
        <w:tblBorders>
          <w:top w:val="single" w:sz="6" w:space="0" w:color="B7A35A"/>
          <w:left w:val="single" w:sz="6" w:space="0" w:color="B7A35A"/>
          <w:bottom w:val="single" w:sz="6" w:space="0" w:color="B7A35A"/>
          <w:right w:val="single" w:sz="6" w:space="0" w:color="B7A35A"/>
          <w:insideH w:val="single" w:sz="6" w:space="0" w:color="B7A35A"/>
          <w:insideV w:val="single" w:sz="6" w:space="0" w:color="B7A35A"/>
        </w:tblBorders>
        <w:tblLook w:val="04A0" w:firstRow="1" w:lastRow="0" w:firstColumn="1" w:lastColumn="0" w:noHBand="0" w:noVBand="1"/>
      </w:tblPr>
      <w:tblGrid>
        <w:gridCol w:w="10184"/>
      </w:tblGrid>
      <w:tr w:rsidR="00FC7DDF" w:rsidRPr="00B14863" w14:paraId="7E1D21F0" w14:textId="77777777">
        <w:trPr>
          <w:jc w:val="center"/>
        </w:trPr>
        <w:tc>
          <w:tcPr>
            <w:tcW w:w="10200" w:type="dxa"/>
            <w:shd w:val="clear" w:color="auto" w:fill="FFF2CC"/>
            <w:tcMar>
              <w:top w:w="90" w:type="dxa"/>
              <w:left w:w="90" w:type="dxa"/>
              <w:bottom w:w="90" w:type="dxa"/>
              <w:right w:w="90" w:type="dxa"/>
            </w:tcMar>
            <w:vAlign w:val="center"/>
          </w:tcPr>
          <w:p w14:paraId="255662E8" w14:textId="11A87EAC" w:rsidR="00FC7DDF" w:rsidRPr="00B14863" w:rsidRDefault="00B14863" w:rsidP="00B14863">
            <w:pPr>
              <w:spacing w:after="0"/>
              <w:jc w:val="center"/>
              <w:rPr>
                <w:b/>
                <w:bCs/>
                <w:lang w:val="pl-PL"/>
              </w:rPr>
            </w:pPr>
            <w:r w:rsidRPr="00B14863">
              <w:rPr>
                <w:b/>
                <w:bCs/>
                <w:lang w:val="pl-PL"/>
              </w:rPr>
              <w:t>Zapoznaj się i stosuj do regulaminu</w:t>
            </w:r>
          </w:p>
        </w:tc>
      </w:tr>
    </w:tbl>
    <w:p w14:paraId="3EABF537" w14:textId="77777777" w:rsidR="00FC7DDF" w:rsidRDefault="00000000">
      <w:pPr>
        <w:spacing w:before="160" w:after="80"/>
        <w:jc w:val="center"/>
      </w:pPr>
      <w:r>
        <w:rPr>
          <w:b/>
          <w:sz w:val="23"/>
        </w:rPr>
        <w:t xml:space="preserve">§ 1. </w:t>
      </w:r>
      <w:proofErr w:type="spellStart"/>
      <w:r>
        <w:rPr>
          <w:b/>
          <w:sz w:val="23"/>
        </w:rPr>
        <w:t>Postanowienia</w:t>
      </w:r>
      <w:proofErr w:type="spellEnd"/>
      <w:r>
        <w:rPr>
          <w:b/>
          <w:sz w:val="23"/>
        </w:rPr>
        <w:t xml:space="preserve"> </w:t>
      </w:r>
      <w:proofErr w:type="spellStart"/>
      <w:r>
        <w:rPr>
          <w:b/>
          <w:sz w:val="23"/>
        </w:rPr>
        <w:t>ogólne</w:t>
      </w:r>
      <w:proofErr w:type="spellEnd"/>
    </w:p>
    <w:p w14:paraId="65EB10BA" w14:textId="77777777" w:rsidR="00FC7DDF" w:rsidRPr="00B14863" w:rsidRDefault="00000000">
      <w:pPr>
        <w:spacing w:after="50" w:line="254" w:lineRule="auto"/>
        <w:ind w:left="369" w:hanging="369"/>
        <w:jc w:val="both"/>
        <w:rPr>
          <w:lang w:val="pl-PL"/>
        </w:rPr>
      </w:pPr>
      <w:r w:rsidRPr="00B14863">
        <w:rPr>
          <w:lang w:val="pl-PL"/>
        </w:rPr>
        <w:t>1. Regulamin określa warunki przyjęcia, organizację oraz zasady uczestnictwa w kursach ADR początkowych, doskonalących i zintegrowanych prowadzonych przez Ośrodek Szkolenia Zawodowego DOBRY KURS Sylwia Kaczmarek, zwany dalej „Organizatorem”.</w:t>
      </w:r>
    </w:p>
    <w:p w14:paraId="05ED8FEF" w14:textId="77777777" w:rsidR="00FC7DDF" w:rsidRPr="00B14863" w:rsidRDefault="00000000">
      <w:pPr>
        <w:spacing w:after="50" w:line="254" w:lineRule="auto"/>
        <w:ind w:left="369" w:hanging="369"/>
        <w:jc w:val="both"/>
        <w:rPr>
          <w:lang w:val="pl-PL"/>
        </w:rPr>
      </w:pPr>
      <w:r w:rsidRPr="00B14863">
        <w:rPr>
          <w:lang w:val="pl-PL"/>
        </w:rPr>
        <w:t>2. Kursy są prowadzone zgodnie z obowiązującymi przepisami dotyczącymi przewozu towarów niebezpiecznych, w szczególności ustawą z dnia 19 sierpnia 2011 r. o przewozie towarów niebezpiecznych oraz rozporządzeniem z dnia 29 maja 2012 r. w sprawie prowadzenia kursów z zakresu przewozu towarów niebezpiecznych.</w:t>
      </w:r>
    </w:p>
    <w:p w14:paraId="05B76792" w14:textId="77777777" w:rsidR="00FC7DDF" w:rsidRPr="00B14863" w:rsidRDefault="00000000">
      <w:pPr>
        <w:spacing w:after="50" w:line="254" w:lineRule="auto"/>
        <w:ind w:left="369" w:hanging="369"/>
        <w:jc w:val="both"/>
        <w:rPr>
          <w:lang w:val="pl-PL"/>
        </w:rPr>
      </w:pPr>
      <w:r w:rsidRPr="00B14863">
        <w:rPr>
          <w:lang w:val="pl-PL"/>
        </w:rPr>
        <w:t>3. Uczestnik przed rozpoczęciem kursu ma obowiązek zapoznać się z Regulaminem, harmonogramem, zasadami bezpieczeństwa oraz informacją dotyczącą przetwarzania danych osobowych i monitoringu wizyjnego.</w:t>
      </w:r>
    </w:p>
    <w:p w14:paraId="680CF1CD" w14:textId="77777777" w:rsidR="00FC7DDF" w:rsidRPr="00B14863" w:rsidRDefault="00000000">
      <w:pPr>
        <w:spacing w:after="50" w:line="254" w:lineRule="auto"/>
        <w:ind w:left="369" w:hanging="369"/>
        <w:jc w:val="both"/>
        <w:rPr>
          <w:lang w:val="pl-PL"/>
        </w:rPr>
      </w:pPr>
      <w:r w:rsidRPr="00B14863">
        <w:rPr>
          <w:lang w:val="pl-PL"/>
        </w:rPr>
        <w:t>4. Podpis uczestnika pod Regulaminem potwierdza zapoznanie się z jego treścią i zobowiązanie do przestrzegania określonych w nim zasad. Podpis nie jest zgodą na przetwarzanie danych, jeżeli przetwarzanie odbywa się na innej podstawie prawnej.</w:t>
      </w:r>
    </w:p>
    <w:p w14:paraId="53A5344A" w14:textId="77777777" w:rsidR="00FC7DDF" w:rsidRPr="00B14863" w:rsidRDefault="00000000">
      <w:pPr>
        <w:spacing w:before="160" w:after="80"/>
        <w:jc w:val="center"/>
        <w:rPr>
          <w:lang w:val="pl-PL"/>
        </w:rPr>
      </w:pPr>
      <w:r w:rsidRPr="00B14863">
        <w:rPr>
          <w:b/>
          <w:sz w:val="23"/>
          <w:lang w:val="pl-PL"/>
        </w:rPr>
        <w:t>§ 2. Warunki uczestnictwa</w:t>
      </w:r>
    </w:p>
    <w:p w14:paraId="03D3ED87" w14:textId="77777777" w:rsidR="00FC7DDF" w:rsidRPr="00B14863" w:rsidRDefault="00000000">
      <w:pPr>
        <w:spacing w:after="50" w:line="254" w:lineRule="auto"/>
        <w:ind w:left="369" w:hanging="369"/>
        <w:jc w:val="both"/>
        <w:rPr>
          <w:lang w:val="pl-PL"/>
        </w:rPr>
      </w:pPr>
      <w:r w:rsidRPr="00B14863">
        <w:rPr>
          <w:lang w:val="pl-PL"/>
        </w:rPr>
        <w:t>1. Do kursu może zostać przyjęta osoba spełniająca wymagania właściwe dla kierowcy ubiegającego się o zaświadczenie ADR, w tym co do zasady osoba, która ukończyła 21 lat oraz spełnia wymagania określone w przepisach prawa o ruchu drogowym i o transporcie drogowym.</w:t>
      </w:r>
    </w:p>
    <w:p w14:paraId="744C0412" w14:textId="000C1784" w:rsidR="00FC7DDF" w:rsidRPr="00B14863" w:rsidRDefault="00000000">
      <w:pPr>
        <w:spacing w:after="50" w:line="254" w:lineRule="auto"/>
        <w:ind w:left="369" w:hanging="369"/>
        <w:jc w:val="both"/>
        <w:rPr>
          <w:lang w:val="pl-PL"/>
        </w:rPr>
      </w:pPr>
      <w:r w:rsidRPr="00B14863">
        <w:rPr>
          <w:lang w:val="pl-PL"/>
        </w:rPr>
        <w:t>2. Uczestnik kursu początkowego powinien posiadać ważne prawo jazdy odpowiedniej kategorii. Uczestnik kursu doskonalącego powinien dodatkowo przedstawić ważne zaświadczenie ADR albo dane umożliwiające potwierdzenie posiadanych uprawnień</w:t>
      </w:r>
      <w:r w:rsidR="00BA1474">
        <w:rPr>
          <w:lang w:val="pl-PL"/>
        </w:rPr>
        <w:t>.</w:t>
      </w:r>
    </w:p>
    <w:p w14:paraId="234510F0" w14:textId="77777777" w:rsidR="00FC7DDF" w:rsidRPr="00B14863" w:rsidRDefault="00000000">
      <w:pPr>
        <w:spacing w:after="50" w:line="254" w:lineRule="auto"/>
        <w:ind w:left="369" w:hanging="369"/>
        <w:jc w:val="both"/>
        <w:rPr>
          <w:lang w:val="pl-PL"/>
        </w:rPr>
      </w:pPr>
      <w:r w:rsidRPr="00B14863">
        <w:rPr>
          <w:lang w:val="pl-PL"/>
        </w:rPr>
        <w:t>3. Uczestnik jest zobowiązany podać prawdziwe i kompletne dane niezbędne do prowadzenia dokumentacji kursu, organizacji egzaminu oraz wydania dokumentów potwierdzających ukończenie szkolenia.</w:t>
      </w:r>
    </w:p>
    <w:p w14:paraId="2BA79E55" w14:textId="5A74EBB9" w:rsidR="00FC7DDF" w:rsidRPr="00B14863" w:rsidRDefault="00000000">
      <w:pPr>
        <w:spacing w:after="50" w:line="254" w:lineRule="auto"/>
        <w:ind w:left="369" w:hanging="369"/>
        <w:jc w:val="both"/>
        <w:rPr>
          <w:lang w:val="pl-PL"/>
        </w:rPr>
      </w:pPr>
      <w:r w:rsidRPr="00B14863">
        <w:rPr>
          <w:lang w:val="pl-PL"/>
        </w:rPr>
        <w:t xml:space="preserve">4. Organizator </w:t>
      </w:r>
      <w:r w:rsidR="00BA1474">
        <w:rPr>
          <w:lang w:val="pl-PL"/>
        </w:rPr>
        <w:t xml:space="preserve">odmówi </w:t>
      </w:r>
      <w:r w:rsidRPr="00B14863">
        <w:rPr>
          <w:lang w:val="pl-PL"/>
        </w:rPr>
        <w:t xml:space="preserve">przyjęcia </w:t>
      </w:r>
      <w:r w:rsidR="00BA1474">
        <w:rPr>
          <w:lang w:val="pl-PL"/>
        </w:rPr>
        <w:t>na kurs osoby</w:t>
      </w:r>
      <w:r w:rsidRPr="00B14863">
        <w:rPr>
          <w:lang w:val="pl-PL"/>
        </w:rPr>
        <w:t xml:space="preserve"> jeżeli nie można potwierdzić jego tożsamości, uprawnień lub spełnienia warunków uczestnictwa.</w:t>
      </w:r>
    </w:p>
    <w:p w14:paraId="5871DFDF" w14:textId="77777777" w:rsidR="00FC7DDF" w:rsidRPr="00B14863" w:rsidRDefault="00000000">
      <w:pPr>
        <w:spacing w:before="160" w:after="80"/>
        <w:jc w:val="center"/>
        <w:rPr>
          <w:lang w:val="pl-PL"/>
        </w:rPr>
      </w:pPr>
      <w:r w:rsidRPr="00B14863">
        <w:rPr>
          <w:b/>
          <w:sz w:val="23"/>
          <w:lang w:val="pl-PL"/>
        </w:rPr>
        <w:t>§ 3. Obowiązek posiadania prawa jazdy i dokumentu tożsamości</w:t>
      </w:r>
    </w:p>
    <w:p w14:paraId="23A6424F" w14:textId="77777777" w:rsidR="00FC7DDF" w:rsidRPr="00B14863" w:rsidRDefault="00000000">
      <w:pPr>
        <w:spacing w:after="50" w:line="254" w:lineRule="auto"/>
        <w:ind w:left="369" w:hanging="369"/>
        <w:jc w:val="both"/>
        <w:rPr>
          <w:lang w:val="pl-PL"/>
        </w:rPr>
      </w:pPr>
      <w:r w:rsidRPr="00B14863">
        <w:rPr>
          <w:lang w:val="pl-PL"/>
        </w:rPr>
        <w:t xml:space="preserve">1. Przez cały okres kursu, podczas wszystkich zajęć teoretycznych i praktycznych oraz podczas egzaminu uczestnik ma obowiązek posiadać przy sobie: </w:t>
      </w:r>
      <w:r w:rsidRPr="00BA1474">
        <w:rPr>
          <w:b/>
          <w:bCs/>
          <w:lang w:val="pl-PL"/>
        </w:rPr>
        <w:t>a) ważne prawo jazdy, b) ważny dowód osobisty.</w:t>
      </w:r>
    </w:p>
    <w:p w14:paraId="3C4A9170" w14:textId="574548CF" w:rsidR="00FC7DDF" w:rsidRPr="00B14863" w:rsidRDefault="00000000">
      <w:pPr>
        <w:spacing w:after="50" w:line="254" w:lineRule="auto"/>
        <w:ind w:left="369" w:hanging="369"/>
        <w:jc w:val="both"/>
        <w:rPr>
          <w:lang w:val="pl-PL"/>
        </w:rPr>
      </w:pPr>
      <w:r w:rsidRPr="00B14863">
        <w:rPr>
          <w:lang w:val="pl-PL"/>
        </w:rPr>
        <w:t>2. Osoba, która nie posiada polskiego dowodu osobistego, powinna posiadać ważny paszport</w:t>
      </w:r>
      <w:r w:rsidR="00BA1474">
        <w:rPr>
          <w:lang w:val="pl-PL"/>
        </w:rPr>
        <w:t xml:space="preserve"> i prawo jazdy</w:t>
      </w:r>
    </w:p>
    <w:p w14:paraId="13BA4D22" w14:textId="77777777" w:rsidR="00FC7DDF" w:rsidRPr="00B14863" w:rsidRDefault="00000000">
      <w:pPr>
        <w:spacing w:after="50" w:line="254" w:lineRule="auto"/>
        <w:ind w:left="369" w:hanging="369"/>
        <w:jc w:val="both"/>
        <w:rPr>
          <w:lang w:val="pl-PL"/>
        </w:rPr>
      </w:pPr>
      <w:r w:rsidRPr="00B14863">
        <w:rPr>
          <w:lang w:val="pl-PL"/>
        </w:rPr>
        <w:t>3. Dokumenty muszą być okazywane Organizatorowi, wykładowcy, osobie prowadzącej zajęcia praktyczne, komisji egzaminacyjnej albo uprawnionemu organowi na każde żądanie.</w:t>
      </w:r>
    </w:p>
    <w:p w14:paraId="6D2DC3DA" w14:textId="69A8FD19" w:rsidR="00FC7DDF" w:rsidRPr="00B14863" w:rsidRDefault="00000000">
      <w:pPr>
        <w:spacing w:after="50" w:line="254" w:lineRule="auto"/>
        <w:ind w:left="369" w:hanging="369"/>
        <w:jc w:val="both"/>
        <w:rPr>
          <w:lang w:val="pl-PL"/>
        </w:rPr>
      </w:pPr>
      <w:r w:rsidRPr="00B14863">
        <w:rPr>
          <w:lang w:val="pl-PL"/>
        </w:rPr>
        <w:t>4. Organizator m</w:t>
      </w:r>
      <w:r w:rsidR="00BA1474">
        <w:rPr>
          <w:lang w:val="pl-PL"/>
        </w:rPr>
        <w:t>usi</w:t>
      </w:r>
      <w:r w:rsidRPr="00B14863">
        <w:rPr>
          <w:lang w:val="pl-PL"/>
        </w:rPr>
        <w:t xml:space="preserve"> prowadzić kontrolę dokumentów przed rozpoczęciem kursu, przy podpisywaniu listy obecności, w trakcie zajęć oraz bezpośrednio przed egzaminem.</w:t>
      </w:r>
    </w:p>
    <w:p w14:paraId="0FBF6C5F" w14:textId="4A600D68" w:rsidR="00FC7DDF" w:rsidRPr="00B14863" w:rsidRDefault="00000000">
      <w:pPr>
        <w:spacing w:after="50" w:line="254" w:lineRule="auto"/>
        <w:ind w:left="369" w:hanging="369"/>
        <w:jc w:val="both"/>
        <w:rPr>
          <w:lang w:val="pl-PL"/>
        </w:rPr>
      </w:pPr>
      <w:r w:rsidRPr="00B14863">
        <w:rPr>
          <w:lang w:val="pl-PL"/>
        </w:rPr>
        <w:t>5. Brak możliwości okazania prawa jazdy lub dokumentu tożsamości skut</w:t>
      </w:r>
      <w:r w:rsidR="00BA1474">
        <w:rPr>
          <w:lang w:val="pl-PL"/>
        </w:rPr>
        <w:t>kuje</w:t>
      </w:r>
      <w:r w:rsidRPr="00B14863">
        <w:rPr>
          <w:lang w:val="pl-PL"/>
        </w:rPr>
        <w:t xml:space="preserve"> niedopuszczeniem uczestnika do zajęć albo egzaminu do czasu skutecznego potwierdzenia tożsamości i uprawnień. Czas nieuczestniczenia w zajęciach z tego powodu jest zaliczany do nieobecności.</w:t>
      </w:r>
    </w:p>
    <w:p w14:paraId="3DAD3AD3" w14:textId="77777777" w:rsidR="00FC7DDF" w:rsidRPr="00B14863" w:rsidRDefault="00000000">
      <w:pPr>
        <w:spacing w:before="160" w:after="80"/>
        <w:jc w:val="center"/>
        <w:rPr>
          <w:lang w:val="pl-PL"/>
        </w:rPr>
      </w:pPr>
      <w:r w:rsidRPr="00B14863">
        <w:rPr>
          <w:b/>
          <w:sz w:val="23"/>
          <w:lang w:val="pl-PL"/>
        </w:rPr>
        <w:t>§ 4. Organizacja zajęć</w:t>
      </w:r>
    </w:p>
    <w:p w14:paraId="39B680FA" w14:textId="77777777" w:rsidR="00FC7DDF" w:rsidRPr="00B14863" w:rsidRDefault="00000000">
      <w:pPr>
        <w:spacing w:after="50" w:line="254" w:lineRule="auto"/>
        <w:ind w:left="369" w:hanging="369"/>
        <w:jc w:val="both"/>
        <w:rPr>
          <w:lang w:val="pl-PL"/>
        </w:rPr>
      </w:pPr>
      <w:r w:rsidRPr="00B14863">
        <w:rPr>
          <w:lang w:val="pl-PL"/>
        </w:rPr>
        <w:t>1. Uczestnik ma obowiązek stawić się w miejscu szkolenia przed godziną rozpoczęcia zajęć wskazaną w harmonogramie.</w:t>
      </w:r>
    </w:p>
    <w:p w14:paraId="297EC5DF" w14:textId="77777777" w:rsidR="00FC7DDF" w:rsidRPr="00B14863" w:rsidRDefault="00000000">
      <w:pPr>
        <w:spacing w:after="50" w:line="254" w:lineRule="auto"/>
        <w:ind w:left="369" w:hanging="369"/>
        <w:jc w:val="both"/>
        <w:rPr>
          <w:lang w:val="pl-PL"/>
        </w:rPr>
      </w:pPr>
      <w:r w:rsidRPr="00B14863">
        <w:rPr>
          <w:lang w:val="pl-PL"/>
        </w:rPr>
        <w:t>2. Godzina lekcyjna kursu trwa 45 minut. Łączny wymiar zajęć jednego dnia nie może przekraczać 8 godzin lekcyjnych.</w:t>
      </w:r>
    </w:p>
    <w:p w14:paraId="7F79C7B0" w14:textId="77777777" w:rsidR="00FC7DDF" w:rsidRPr="00B14863" w:rsidRDefault="00000000">
      <w:pPr>
        <w:spacing w:after="50" w:line="254" w:lineRule="auto"/>
        <w:ind w:left="369" w:hanging="369"/>
        <w:jc w:val="both"/>
        <w:rPr>
          <w:lang w:val="pl-PL"/>
        </w:rPr>
      </w:pPr>
      <w:r w:rsidRPr="00B14863">
        <w:rPr>
          <w:lang w:val="pl-PL"/>
        </w:rPr>
        <w:t>3. Zajęcia odbywają się zgodnie z zatwierdzonym programem i harmonogramem. Zmiana kolejności tematów lub godzin może nastąpić z przyczyn organizacyjnych, pod warunkiem zachowania wymaganego programu i czasu szkolenia.</w:t>
      </w:r>
    </w:p>
    <w:p w14:paraId="7DEE964E" w14:textId="77777777" w:rsidR="00FC7DDF" w:rsidRPr="00B14863" w:rsidRDefault="00000000">
      <w:pPr>
        <w:spacing w:after="50" w:line="254" w:lineRule="auto"/>
        <w:ind w:left="369" w:hanging="369"/>
        <w:jc w:val="both"/>
        <w:rPr>
          <w:lang w:val="pl-PL"/>
        </w:rPr>
      </w:pPr>
      <w:r w:rsidRPr="00B14863">
        <w:rPr>
          <w:lang w:val="pl-PL"/>
        </w:rPr>
        <w:t>4. Kurs obejmuje zajęcia teoretyczne i – stosownie do rodzaju kursu – zajęcia praktyczne, w szczególności z udzielania pierwszej pomocy, gaszenia pożaru oraz postępowania w razie wypadku lub awarii.</w:t>
      </w:r>
    </w:p>
    <w:p w14:paraId="450939C7" w14:textId="77777777" w:rsidR="00FC7DDF" w:rsidRPr="00B14863" w:rsidRDefault="00000000">
      <w:pPr>
        <w:spacing w:after="50" w:line="254" w:lineRule="auto"/>
        <w:ind w:left="369" w:hanging="369"/>
        <w:jc w:val="both"/>
        <w:rPr>
          <w:lang w:val="pl-PL"/>
        </w:rPr>
      </w:pPr>
      <w:r w:rsidRPr="00B14863">
        <w:rPr>
          <w:lang w:val="pl-PL"/>
        </w:rPr>
        <w:lastRenderedPageBreak/>
        <w:t>5. Uczestnik ma obowiązek wykonywać polecenia wykładowcy, instruktora, osoby odpowiedzialnej za bezpieczeństwo oraz przedstawiciela Organizatora.</w:t>
      </w:r>
    </w:p>
    <w:p w14:paraId="0DFA627C" w14:textId="77777777" w:rsidR="00FC7DDF" w:rsidRPr="00B14863" w:rsidRDefault="00000000">
      <w:pPr>
        <w:spacing w:before="160" w:after="80"/>
        <w:jc w:val="center"/>
        <w:rPr>
          <w:lang w:val="pl-PL"/>
        </w:rPr>
      </w:pPr>
      <w:r w:rsidRPr="00B14863">
        <w:rPr>
          <w:b/>
          <w:sz w:val="23"/>
          <w:lang w:val="pl-PL"/>
        </w:rPr>
        <w:t>§ 5. Obecność, spóźnienia i opuszczanie zajęć</w:t>
      </w:r>
    </w:p>
    <w:p w14:paraId="59A0E4B2" w14:textId="77777777" w:rsidR="00FC7DDF" w:rsidRPr="00B14863" w:rsidRDefault="00000000">
      <w:pPr>
        <w:spacing w:after="50" w:line="254" w:lineRule="auto"/>
        <w:ind w:left="369" w:hanging="369"/>
        <w:jc w:val="both"/>
        <w:rPr>
          <w:lang w:val="pl-PL"/>
        </w:rPr>
      </w:pPr>
      <w:r w:rsidRPr="00B14863">
        <w:rPr>
          <w:lang w:val="pl-PL"/>
        </w:rPr>
        <w:t>1. Warunkiem otrzymania zaświadczenia o ukończeniu kursu jest udział w zajęciach zgodnie z programem.</w:t>
      </w:r>
    </w:p>
    <w:p w14:paraId="0C725C9B" w14:textId="77777777" w:rsidR="00FC7DDF" w:rsidRPr="00B14863" w:rsidRDefault="00000000">
      <w:pPr>
        <w:spacing w:after="50" w:line="254" w:lineRule="auto"/>
        <w:ind w:left="369" w:hanging="369"/>
        <w:jc w:val="both"/>
        <w:rPr>
          <w:lang w:val="pl-PL"/>
        </w:rPr>
      </w:pPr>
      <w:r w:rsidRPr="00B14863">
        <w:rPr>
          <w:lang w:val="pl-PL"/>
        </w:rPr>
        <w:t>2. Obecność jest potwierdzana na liście obecności oraz w dokumentacji kursu. Uczestnik składa podpis osobiście; podpisywanie listy za inną osobę jest zabronione.</w:t>
      </w:r>
    </w:p>
    <w:p w14:paraId="1A5754EB" w14:textId="77777777" w:rsidR="00FC7DDF" w:rsidRPr="00B14863" w:rsidRDefault="00000000">
      <w:pPr>
        <w:spacing w:after="50" w:line="254" w:lineRule="auto"/>
        <w:ind w:left="369" w:hanging="369"/>
        <w:jc w:val="both"/>
        <w:rPr>
          <w:lang w:val="pl-PL"/>
        </w:rPr>
      </w:pPr>
      <w:r w:rsidRPr="00B14863">
        <w:rPr>
          <w:lang w:val="pl-PL"/>
        </w:rPr>
        <w:t>3. Dopuszczalna łączna nieobecność wynosi: a) do 45 minut – na kursie ADR początkowym podstawowym, b) do 30 minut – na kursie ADR początkowym specjalistycznym w zakresie cystern, klasy 1 lub klasy 7, c) do 30 minut – na każdym kursie ADR doskonalącym.</w:t>
      </w:r>
    </w:p>
    <w:p w14:paraId="23616E1A" w14:textId="77777777" w:rsidR="00FC7DDF" w:rsidRPr="00B14863" w:rsidRDefault="00000000">
      <w:pPr>
        <w:spacing w:after="50" w:line="254" w:lineRule="auto"/>
        <w:ind w:left="369" w:hanging="369"/>
        <w:jc w:val="both"/>
        <w:rPr>
          <w:lang w:val="pl-PL"/>
        </w:rPr>
      </w:pPr>
      <w:r w:rsidRPr="00B14863">
        <w:rPr>
          <w:lang w:val="pl-PL"/>
        </w:rPr>
        <w:t>4. W przypadku kursu zintegrowanego limit nieobecności jest obliczany odrębnie dla każdej części kursu wchodzącej w skład kursu zintegrowanego.</w:t>
      </w:r>
    </w:p>
    <w:p w14:paraId="6BC98DCB" w14:textId="77777777" w:rsidR="00FC7DDF" w:rsidRPr="00B14863" w:rsidRDefault="00000000">
      <w:pPr>
        <w:spacing w:after="50" w:line="254" w:lineRule="auto"/>
        <w:ind w:left="369" w:hanging="369"/>
        <w:jc w:val="both"/>
        <w:rPr>
          <w:lang w:val="pl-PL"/>
        </w:rPr>
      </w:pPr>
      <w:r w:rsidRPr="00B14863">
        <w:rPr>
          <w:lang w:val="pl-PL"/>
        </w:rPr>
        <w:t>5. Spóźnienia, wcześniejsze wyjścia i czasowe opuszczenie sali lub miejsca zajęć praktycznych są sumowane jako nieobecność.</w:t>
      </w:r>
    </w:p>
    <w:p w14:paraId="2E51A759" w14:textId="77777777" w:rsidR="00FC7DDF" w:rsidRPr="00B14863" w:rsidRDefault="00000000">
      <w:pPr>
        <w:spacing w:after="50" w:line="254" w:lineRule="auto"/>
        <w:ind w:left="369" w:hanging="369"/>
        <w:jc w:val="both"/>
        <w:rPr>
          <w:lang w:val="pl-PL"/>
        </w:rPr>
      </w:pPr>
      <w:r w:rsidRPr="00B14863">
        <w:rPr>
          <w:lang w:val="pl-PL"/>
        </w:rPr>
        <w:t>6. Przekroczenie dopuszczalnego limitu nieobecności powoduje brak możliwości wydania zaświadczenia o ukończeniu danego kursu lub danej części kursu zintegrowanego.</w:t>
      </w:r>
    </w:p>
    <w:p w14:paraId="0D8DCBE4" w14:textId="77777777" w:rsidR="00FC7DDF" w:rsidRPr="00B14863" w:rsidRDefault="00000000">
      <w:pPr>
        <w:spacing w:after="50" w:line="254" w:lineRule="auto"/>
        <w:ind w:left="369" w:hanging="369"/>
        <w:jc w:val="both"/>
        <w:rPr>
          <w:lang w:val="pl-PL"/>
        </w:rPr>
      </w:pPr>
      <w:r w:rsidRPr="00B14863">
        <w:rPr>
          <w:lang w:val="pl-PL"/>
        </w:rPr>
        <w:t>7. Uczestnik nie może samowolnie opuszczać zajęć praktycznych ani terenu, na którym są one prowadzone.</w:t>
      </w:r>
    </w:p>
    <w:p w14:paraId="13D3930B" w14:textId="77777777" w:rsidR="00FC7DDF" w:rsidRPr="00B14863" w:rsidRDefault="00000000">
      <w:pPr>
        <w:spacing w:before="160" w:after="80"/>
        <w:jc w:val="center"/>
        <w:rPr>
          <w:lang w:val="pl-PL"/>
        </w:rPr>
      </w:pPr>
      <w:r w:rsidRPr="00B14863">
        <w:rPr>
          <w:b/>
          <w:sz w:val="23"/>
          <w:lang w:val="pl-PL"/>
        </w:rPr>
        <w:t>§ 6. Zasady bezpieczeństwa i porządku</w:t>
      </w:r>
    </w:p>
    <w:p w14:paraId="36BCBCBA" w14:textId="77777777" w:rsidR="00FC7DDF" w:rsidRPr="00B14863" w:rsidRDefault="00000000">
      <w:pPr>
        <w:spacing w:after="50" w:line="254" w:lineRule="auto"/>
        <w:ind w:left="369" w:hanging="369"/>
        <w:jc w:val="both"/>
        <w:rPr>
          <w:lang w:val="pl-PL"/>
        </w:rPr>
      </w:pPr>
      <w:r w:rsidRPr="00B14863">
        <w:rPr>
          <w:lang w:val="pl-PL"/>
        </w:rPr>
        <w:t>1. Uczestnik jest zobowiązany przestrzegać przepisów bezpieczeństwa i higieny pracy, ochrony przeciwpożarowej, zasad pierwszej pomocy oraz instrukcji obowiązujących w miejscu szkolenia.</w:t>
      </w:r>
    </w:p>
    <w:p w14:paraId="01A0FA19" w14:textId="77777777" w:rsidR="00FC7DDF" w:rsidRPr="00B14863" w:rsidRDefault="00000000">
      <w:pPr>
        <w:spacing w:after="50" w:line="254" w:lineRule="auto"/>
        <w:ind w:left="369" w:hanging="369"/>
        <w:jc w:val="both"/>
        <w:rPr>
          <w:lang w:val="pl-PL"/>
        </w:rPr>
      </w:pPr>
      <w:r w:rsidRPr="00B14863">
        <w:rPr>
          <w:lang w:val="pl-PL"/>
        </w:rPr>
        <w:t>2. Na zajęciach praktycznych uczestnik ma obowiązek używać wymaganych środków ochrony indywidualnej i stosować się do poleceń prowadzącego.</w:t>
      </w:r>
    </w:p>
    <w:p w14:paraId="17A75259" w14:textId="77777777" w:rsidR="00FC7DDF" w:rsidRPr="00B14863" w:rsidRDefault="00000000">
      <w:pPr>
        <w:spacing w:after="50" w:line="254" w:lineRule="auto"/>
        <w:ind w:left="369" w:hanging="369"/>
        <w:jc w:val="both"/>
        <w:rPr>
          <w:lang w:val="pl-PL"/>
        </w:rPr>
      </w:pPr>
      <w:r w:rsidRPr="00B14863">
        <w:rPr>
          <w:lang w:val="pl-PL"/>
        </w:rPr>
        <w:t>3. Zabrania się uczestniczenia w zajęciach po spożyciu alkoholu, środków odurzających, substancji psychotropowych lub innych środków ograniczających sprawność psychofizyczną.</w:t>
      </w:r>
    </w:p>
    <w:p w14:paraId="090EDBD4" w14:textId="77777777" w:rsidR="00FC7DDF" w:rsidRPr="00B14863" w:rsidRDefault="00000000">
      <w:pPr>
        <w:spacing w:after="50" w:line="254" w:lineRule="auto"/>
        <w:ind w:left="369" w:hanging="369"/>
        <w:jc w:val="both"/>
        <w:rPr>
          <w:lang w:val="pl-PL"/>
        </w:rPr>
      </w:pPr>
      <w:r w:rsidRPr="00B14863">
        <w:rPr>
          <w:lang w:val="pl-PL"/>
        </w:rPr>
        <w:t>4. Wnoszenie, używanie lub pozostawanie pod wpływem środków wskazanych w ust. 3 może skutkować natychmiastowym odsunięciem od zajęć.</w:t>
      </w:r>
    </w:p>
    <w:p w14:paraId="1A141B8A" w14:textId="77777777" w:rsidR="00FC7DDF" w:rsidRPr="00B14863" w:rsidRDefault="00000000">
      <w:pPr>
        <w:spacing w:after="50" w:line="254" w:lineRule="auto"/>
        <w:ind w:left="369" w:hanging="369"/>
        <w:jc w:val="both"/>
        <w:rPr>
          <w:lang w:val="pl-PL"/>
        </w:rPr>
      </w:pPr>
      <w:r w:rsidRPr="00B14863">
        <w:rPr>
          <w:lang w:val="pl-PL"/>
        </w:rPr>
        <w:t>5. Uczestnik powinien zachowywać się w sposób niezakłócający zajęć, wyciszyć telefon oraz nie wykonywać prywatnych nagrań innych uczestników, wykładowców ani materiałów szkoleniowych bez zgody Organizatora.</w:t>
      </w:r>
    </w:p>
    <w:p w14:paraId="10712BDB" w14:textId="77777777" w:rsidR="00FC7DDF" w:rsidRPr="00B14863" w:rsidRDefault="00000000">
      <w:pPr>
        <w:spacing w:after="50" w:line="254" w:lineRule="auto"/>
        <w:ind w:left="369" w:hanging="369"/>
        <w:jc w:val="both"/>
        <w:rPr>
          <w:lang w:val="pl-PL"/>
        </w:rPr>
      </w:pPr>
      <w:r w:rsidRPr="00B14863">
        <w:rPr>
          <w:lang w:val="pl-PL"/>
        </w:rPr>
        <w:t>6. Uczestnik odpowiada za szkody wyrządzone umyślnie lub wskutek rażącego naruszenia zasad bezpieczeństwa.</w:t>
      </w:r>
    </w:p>
    <w:p w14:paraId="60AC1A8E" w14:textId="77777777" w:rsidR="00FC7DDF" w:rsidRPr="00B14863" w:rsidRDefault="00000000">
      <w:pPr>
        <w:spacing w:before="160" w:after="80"/>
        <w:jc w:val="center"/>
        <w:rPr>
          <w:lang w:val="pl-PL"/>
        </w:rPr>
      </w:pPr>
      <w:r w:rsidRPr="00B14863">
        <w:rPr>
          <w:b/>
          <w:sz w:val="23"/>
          <w:lang w:val="pl-PL"/>
        </w:rPr>
        <w:t>§ 7. Monitoring wizyjny przebiegu szkolenia</w:t>
      </w:r>
    </w:p>
    <w:p w14:paraId="45839F4D" w14:textId="432A925F" w:rsidR="00FC7DDF" w:rsidRPr="00B14863" w:rsidRDefault="00000000">
      <w:pPr>
        <w:spacing w:after="50" w:line="254" w:lineRule="auto"/>
        <w:ind w:left="369" w:hanging="369"/>
        <w:jc w:val="both"/>
        <w:rPr>
          <w:lang w:val="pl-PL"/>
        </w:rPr>
      </w:pPr>
      <w:r w:rsidRPr="00B14863">
        <w:rPr>
          <w:lang w:val="pl-PL"/>
        </w:rPr>
        <w:t xml:space="preserve">1. Cały przebieg zajęć prowadzonych przez Organizatora </w:t>
      </w:r>
      <w:r w:rsidR="00BA1474">
        <w:rPr>
          <w:lang w:val="pl-PL"/>
        </w:rPr>
        <w:t xml:space="preserve">jest </w:t>
      </w:r>
      <w:r w:rsidRPr="00B14863">
        <w:rPr>
          <w:lang w:val="pl-PL"/>
        </w:rPr>
        <w:t>objęty monitoringiem wizyjnym działającym w czasie trwania szkolenia.</w:t>
      </w:r>
    </w:p>
    <w:p w14:paraId="658329BB" w14:textId="77777777" w:rsidR="00FC7DDF" w:rsidRPr="00B14863" w:rsidRDefault="00000000">
      <w:pPr>
        <w:spacing w:after="50" w:line="254" w:lineRule="auto"/>
        <w:ind w:left="369" w:hanging="369"/>
        <w:jc w:val="both"/>
        <w:rPr>
          <w:lang w:val="pl-PL"/>
        </w:rPr>
      </w:pPr>
      <w:r w:rsidRPr="00B14863">
        <w:rPr>
          <w:lang w:val="pl-PL"/>
        </w:rPr>
        <w:t>2. Monitoring obejmuje salę wykładową oraz miejsce prowadzenia zajęć praktycznych. Kamery nie obejmują pomieszczeń sanitarnych ani innych miejsc, w których monitoring naruszałby godność lub prywatność uczestników.</w:t>
      </w:r>
    </w:p>
    <w:p w14:paraId="73E4E630" w14:textId="77777777" w:rsidR="00FC7DDF" w:rsidRPr="00B14863" w:rsidRDefault="00000000">
      <w:pPr>
        <w:spacing w:after="50" w:line="254" w:lineRule="auto"/>
        <w:ind w:left="369" w:hanging="369"/>
        <w:jc w:val="both"/>
        <w:rPr>
          <w:lang w:val="pl-PL"/>
        </w:rPr>
      </w:pPr>
      <w:r w:rsidRPr="00B14863">
        <w:rPr>
          <w:lang w:val="pl-PL"/>
        </w:rPr>
        <w:t>3. Monitoring rejestruje wyłącznie obraz. Rejestrowanie dźwięku nie jest prowadzone.</w:t>
      </w:r>
    </w:p>
    <w:p w14:paraId="2F5FB7EC" w14:textId="77777777" w:rsidR="00FC7DDF" w:rsidRPr="00B14863" w:rsidRDefault="00000000">
      <w:pPr>
        <w:spacing w:after="50" w:line="254" w:lineRule="auto"/>
        <w:ind w:left="369" w:hanging="369"/>
        <w:jc w:val="both"/>
        <w:rPr>
          <w:lang w:val="pl-PL"/>
        </w:rPr>
      </w:pPr>
      <w:r w:rsidRPr="00B14863">
        <w:rPr>
          <w:lang w:val="pl-PL"/>
        </w:rPr>
        <w:t>4. Cele monitoringu obejmują: zapewnienie bezpieczeństwa osób i ochronę mienia, weryfikację prawidłowego przebiegu kursu, dokumentowanie realizacji zajęć, wyjaśnianie zdarzeń i nieprawidłowości, ustalenie lub obronę roszczeń oraz wykazanie prawidłowego wykonania obowiązków Organizatora wobec uprawnionych organów.</w:t>
      </w:r>
    </w:p>
    <w:p w14:paraId="061FB593" w14:textId="77777777" w:rsidR="00FC7DDF" w:rsidRPr="00B14863" w:rsidRDefault="00000000">
      <w:pPr>
        <w:spacing w:after="50" w:line="254" w:lineRule="auto"/>
        <w:ind w:left="369" w:hanging="369"/>
        <w:jc w:val="both"/>
        <w:rPr>
          <w:lang w:val="pl-PL"/>
        </w:rPr>
      </w:pPr>
      <w:r w:rsidRPr="00B14863">
        <w:rPr>
          <w:lang w:val="pl-PL"/>
        </w:rPr>
        <w:t>5. Monitoring nie jest wykorzystywany do reklamy, publikacji w mediach społecznościowych ani rozpowszechniania wizerunku uczestnika bez odrębnej podstawy prawnej.</w:t>
      </w:r>
    </w:p>
    <w:p w14:paraId="09857DE8" w14:textId="77777777" w:rsidR="00FC7DDF" w:rsidRPr="00B14863" w:rsidRDefault="00000000">
      <w:pPr>
        <w:spacing w:after="50" w:line="254" w:lineRule="auto"/>
        <w:ind w:left="369" w:hanging="369"/>
        <w:jc w:val="both"/>
        <w:rPr>
          <w:lang w:val="pl-PL"/>
        </w:rPr>
      </w:pPr>
      <w:r w:rsidRPr="00B14863">
        <w:rPr>
          <w:lang w:val="pl-PL"/>
        </w:rPr>
        <w:t>6. Obszary monitorowane są oznaczone w widoczny sposób. Uczestnik otrzymuje informację o monitoringu przed rozpoczęciem kursu.</w:t>
      </w:r>
    </w:p>
    <w:p w14:paraId="613BD4EB" w14:textId="77777777" w:rsidR="00FC7DDF" w:rsidRPr="00B14863" w:rsidRDefault="00000000">
      <w:pPr>
        <w:spacing w:after="50" w:line="254" w:lineRule="auto"/>
        <w:ind w:left="369" w:hanging="369"/>
        <w:jc w:val="both"/>
        <w:rPr>
          <w:lang w:val="pl-PL"/>
        </w:rPr>
      </w:pPr>
      <w:r w:rsidRPr="00B14863">
        <w:rPr>
          <w:lang w:val="pl-PL"/>
        </w:rPr>
        <w:t>7. Zabrania się zasłaniania, przestawiania, uszkadzania lub ingerowania w urządzenia monitoringu.</w:t>
      </w:r>
    </w:p>
    <w:p w14:paraId="4F641895" w14:textId="77777777" w:rsidR="00FC7DDF" w:rsidRPr="00B14863" w:rsidRDefault="00000000">
      <w:pPr>
        <w:spacing w:before="160" w:after="80"/>
        <w:jc w:val="center"/>
        <w:rPr>
          <w:lang w:val="pl-PL"/>
        </w:rPr>
      </w:pPr>
      <w:r w:rsidRPr="00B14863">
        <w:rPr>
          <w:b/>
          <w:sz w:val="23"/>
          <w:lang w:val="pl-PL"/>
        </w:rPr>
        <w:t>§ 8. Przetwarzanie i przechowywanie nagrań</w:t>
      </w:r>
    </w:p>
    <w:p w14:paraId="4E0FE478" w14:textId="77777777" w:rsidR="00FC7DDF" w:rsidRPr="00B14863" w:rsidRDefault="00000000">
      <w:pPr>
        <w:spacing w:after="50" w:line="254" w:lineRule="auto"/>
        <w:ind w:left="369" w:hanging="369"/>
        <w:jc w:val="both"/>
        <w:rPr>
          <w:lang w:val="pl-PL"/>
        </w:rPr>
      </w:pPr>
      <w:r w:rsidRPr="00B14863">
        <w:rPr>
          <w:lang w:val="pl-PL"/>
        </w:rPr>
        <w:t>1. Administratorem danych osobowych utrwalonych w systemie monitoringu jest Ośrodek Szkolenia Zawodowego DOBRY KURS Sylwia Kaczmarek.</w:t>
      </w:r>
    </w:p>
    <w:p w14:paraId="52BCAF5A" w14:textId="77777777" w:rsidR="00FC7DDF" w:rsidRPr="00B14863" w:rsidRDefault="00000000">
      <w:pPr>
        <w:spacing w:after="50" w:line="254" w:lineRule="auto"/>
        <w:ind w:left="369" w:hanging="369"/>
        <w:jc w:val="both"/>
        <w:rPr>
          <w:lang w:val="pl-PL"/>
        </w:rPr>
      </w:pPr>
      <w:r w:rsidRPr="00B14863">
        <w:rPr>
          <w:lang w:val="pl-PL"/>
        </w:rPr>
        <w:t>2. Nagrania są przechowywane przez okres nie dłuższy, niż jest to niezbędne do realizacji celów monitoringu, co do zasady przez 30 dni od dnia zarejestrowania.</w:t>
      </w:r>
    </w:p>
    <w:p w14:paraId="2B9FEEC8" w14:textId="77777777" w:rsidR="00FC7DDF" w:rsidRPr="00B14863" w:rsidRDefault="00000000">
      <w:pPr>
        <w:spacing w:after="50" w:line="254" w:lineRule="auto"/>
        <w:ind w:left="369" w:hanging="369"/>
        <w:jc w:val="both"/>
        <w:rPr>
          <w:lang w:val="pl-PL"/>
        </w:rPr>
      </w:pPr>
      <w:r w:rsidRPr="00B14863">
        <w:rPr>
          <w:lang w:val="pl-PL"/>
        </w:rPr>
        <w:lastRenderedPageBreak/>
        <w:t>3. Jeżeli nagranie stanowi dowód zdarzenia, jest potrzebne do postępowania kontrolnego, reklamacyjnego, sądowego, administracyjnego albo do ustalenia lub obrony roszczeń, może być przechowywane do czasu prawomocnego zakończenia sprawy lub upływu właściwych terminów przedawnienia.</w:t>
      </w:r>
    </w:p>
    <w:p w14:paraId="31983564" w14:textId="77777777" w:rsidR="00FC7DDF" w:rsidRPr="00B14863" w:rsidRDefault="00000000">
      <w:pPr>
        <w:spacing w:after="50" w:line="254" w:lineRule="auto"/>
        <w:ind w:left="369" w:hanging="369"/>
        <w:jc w:val="both"/>
        <w:rPr>
          <w:lang w:val="pl-PL"/>
        </w:rPr>
      </w:pPr>
      <w:r w:rsidRPr="00B14863">
        <w:rPr>
          <w:lang w:val="pl-PL"/>
        </w:rPr>
        <w:t>4. Dostęp do nagrań mają wyłącznie osoby upoważnione przez Organizatora oraz organy lub podmioty uprawnione na podstawie przepisów prawa.</w:t>
      </w:r>
    </w:p>
    <w:p w14:paraId="374502CA" w14:textId="77777777" w:rsidR="00FC7DDF" w:rsidRPr="00B14863" w:rsidRDefault="00000000">
      <w:pPr>
        <w:spacing w:after="50" w:line="254" w:lineRule="auto"/>
        <w:ind w:left="369" w:hanging="369"/>
        <w:jc w:val="both"/>
        <w:rPr>
          <w:lang w:val="pl-PL"/>
        </w:rPr>
      </w:pPr>
      <w:r w:rsidRPr="00B14863">
        <w:rPr>
          <w:lang w:val="pl-PL"/>
        </w:rPr>
        <w:t>5. Nagrania są zabezpieczone przed dostępem osób nieuprawnionych, kopiowaniem, zmianą, utratą i nieuprawnionym ujawnieniem.</w:t>
      </w:r>
    </w:p>
    <w:p w14:paraId="6D88C178" w14:textId="77777777" w:rsidR="00FC7DDF" w:rsidRPr="00B14863" w:rsidRDefault="00000000">
      <w:pPr>
        <w:spacing w:after="50" w:line="254" w:lineRule="auto"/>
        <w:ind w:left="369" w:hanging="369"/>
        <w:jc w:val="both"/>
        <w:rPr>
          <w:lang w:val="pl-PL"/>
        </w:rPr>
      </w:pPr>
      <w:r w:rsidRPr="00B14863">
        <w:rPr>
          <w:lang w:val="pl-PL"/>
        </w:rPr>
        <w:t>6. Szczegółowe informacje wymagane przez art. 13 RODO, w tym dane kontaktowe administratora, podstawa prawna, prawa osoby i sposób ich realizacji, są przekazywane uczestnikowi w klauzuli informacyjnej dotyczącej monitoringu.</w:t>
      </w:r>
    </w:p>
    <w:p w14:paraId="3272FA60" w14:textId="77777777" w:rsidR="00FC7DDF" w:rsidRPr="00B14863" w:rsidRDefault="00000000">
      <w:pPr>
        <w:spacing w:before="160" w:after="80"/>
        <w:jc w:val="center"/>
        <w:rPr>
          <w:lang w:val="pl-PL"/>
        </w:rPr>
      </w:pPr>
      <w:r w:rsidRPr="00B14863">
        <w:rPr>
          <w:b/>
          <w:sz w:val="23"/>
          <w:lang w:val="pl-PL"/>
        </w:rPr>
        <w:t>§ 9. Dokumentacja kursu i dane uczestnika</w:t>
      </w:r>
    </w:p>
    <w:p w14:paraId="7FFC105C" w14:textId="77777777" w:rsidR="00FC7DDF" w:rsidRPr="00B14863" w:rsidRDefault="00000000">
      <w:pPr>
        <w:spacing w:after="50" w:line="254" w:lineRule="auto"/>
        <w:ind w:left="369" w:hanging="369"/>
        <w:jc w:val="both"/>
        <w:rPr>
          <w:lang w:val="pl-PL"/>
        </w:rPr>
      </w:pPr>
      <w:r w:rsidRPr="00B14863">
        <w:rPr>
          <w:lang w:val="pl-PL"/>
        </w:rPr>
        <w:t>1. Organizator prowadzi dziennik zajęć, listy obecności, wykaz zrealizowanych tematów, ewidencję zaświadczeń oraz inną dokumentację wymaganą przepisami.</w:t>
      </w:r>
    </w:p>
    <w:p w14:paraId="040C9150" w14:textId="77777777" w:rsidR="00FC7DDF" w:rsidRPr="00B14863" w:rsidRDefault="00000000">
      <w:pPr>
        <w:spacing w:after="50" w:line="254" w:lineRule="auto"/>
        <w:ind w:left="369" w:hanging="369"/>
        <w:jc w:val="both"/>
        <w:rPr>
          <w:lang w:val="pl-PL"/>
        </w:rPr>
      </w:pPr>
      <w:r w:rsidRPr="00B14863">
        <w:rPr>
          <w:lang w:val="pl-PL"/>
        </w:rPr>
        <w:t>2. Dokumentacja kursu obejmuje między innymi imię i nazwisko uczestnika, numer PESEL albo datę urodzenia osoby nieposiadającej numeru PESEL, zakres i rodzaj kursu, datę ukończenia oraz dane dotyczące wydanego zaświadczenia.</w:t>
      </w:r>
    </w:p>
    <w:p w14:paraId="712F4F26" w14:textId="77777777" w:rsidR="00FC7DDF" w:rsidRPr="00B14863" w:rsidRDefault="00000000">
      <w:pPr>
        <w:spacing w:after="50" w:line="254" w:lineRule="auto"/>
        <w:ind w:left="369" w:hanging="369"/>
        <w:jc w:val="both"/>
        <w:rPr>
          <w:lang w:val="pl-PL"/>
        </w:rPr>
      </w:pPr>
      <w:r w:rsidRPr="00B14863">
        <w:rPr>
          <w:lang w:val="pl-PL"/>
        </w:rPr>
        <w:t>3. Uczestnik ma obowiązek niezwłocznie zgłaszać błędy lub zmianę danych mających wpływ na dokumentację kursu i egzaminu.</w:t>
      </w:r>
    </w:p>
    <w:p w14:paraId="3EFC61A3" w14:textId="77777777" w:rsidR="00FC7DDF" w:rsidRPr="00B14863" w:rsidRDefault="00000000">
      <w:pPr>
        <w:spacing w:after="50" w:line="254" w:lineRule="auto"/>
        <w:ind w:left="369" w:hanging="369"/>
        <w:jc w:val="both"/>
        <w:rPr>
          <w:lang w:val="pl-PL"/>
        </w:rPr>
      </w:pPr>
      <w:r w:rsidRPr="00B14863">
        <w:rPr>
          <w:lang w:val="pl-PL"/>
        </w:rPr>
        <w:t>4. Dokumentacja kursu jest przechowywana przez okres wynikający z przepisów, w szczególności przez 5 lat od dnia dokonania ostatniego wpisu w dzienniku zajęć.</w:t>
      </w:r>
    </w:p>
    <w:p w14:paraId="733A755D" w14:textId="77777777" w:rsidR="00FC7DDF" w:rsidRPr="00B14863" w:rsidRDefault="00000000">
      <w:pPr>
        <w:spacing w:before="160" w:after="80"/>
        <w:jc w:val="center"/>
        <w:rPr>
          <w:lang w:val="pl-PL"/>
        </w:rPr>
      </w:pPr>
      <w:r w:rsidRPr="00B14863">
        <w:rPr>
          <w:b/>
          <w:sz w:val="23"/>
          <w:lang w:val="pl-PL"/>
        </w:rPr>
        <w:t>§ 10. Opłaty za kurs, egzamin i wydanie uprawnienia</w:t>
      </w:r>
    </w:p>
    <w:p w14:paraId="24B5781C" w14:textId="77777777" w:rsidR="00FC7DDF" w:rsidRPr="00B14863" w:rsidRDefault="00000000">
      <w:pPr>
        <w:spacing w:after="50" w:line="254" w:lineRule="auto"/>
        <w:ind w:left="369" w:hanging="369"/>
        <w:jc w:val="both"/>
        <w:rPr>
          <w:lang w:val="pl-PL"/>
        </w:rPr>
      </w:pPr>
      <w:r w:rsidRPr="00B14863">
        <w:rPr>
          <w:lang w:val="pl-PL"/>
        </w:rPr>
        <w:t>1. Warunkiem uczestnictwa w kursie ADR jest wniesienie należnej opłaty za wybrany zakres szkolenia. Dopuszczenie do udziału w zajęciach oznacza potwierdzenie uregulowania opłaty wymaganej przez Organizatora.</w:t>
      </w:r>
    </w:p>
    <w:p w14:paraId="60CD7F72" w14:textId="77777777" w:rsidR="00FC7DDF" w:rsidRPr="00B14863" w:rsidRDefault="00000000">
      <w:pPr>
        <w:spacing w:after="50" w:line="254" w:lineRule="auto"/>
        <w:ind w:left="369" w:hanging="369"/>
        <w:jc w:val="both"/>
        <w:rPr>
          <w:lang w:val="pl-PL"/>
        </w:rPr>
      </w:pPr>
      <w:r w:rsidRPr="00B14863">
        <w:rPr>
          <w:lang w:val="pl-PL"/>
        </w:rPr>
        <w:t>2. Opłata za udział w kursie ADR podstawowym wynosi 700 zł za jednego uczestnika.</w:t>
      </w:r>
    </w:p>
    <w:p w14:paraId="469F17DF" w14:textId="77777777" w:rsidR="00FC7DDF" w:rsidRPr="00B14863" w:rsidRDefault="00000000">
      <w:pPr>
        <w:spacing w:after="50" w:line="254" w:lineRule="auto"/>
        <w:ind w:left="369" w:hanging="369"/>
        <w:jc w:val="both"/>
        <w:rPr>
          <w:lang w:val="pl-PL"/>
        </w:rPr>
      </w:pPr>
      <w:r w:rsidRPr="00B14863">
        <w:rPr>
          <w:lang w:val="pl-PL"/>
        </w:rPr>
        <w:t>3. Opłata za udział w kursie ADR specjalistycznym w zakresie przewozu w cysternach wynosi 500 zł za jednego uczestnika.</w:t>
      </w:r>
    </w:p>
    <w:p w14:paraId="6063AF96" w14:textId="77777777" w:rsidR="00FC7DDF" w:rsidRPr="00B14863" w:rsidRDefault="00000000">
      <w:pPr>
        <w:spacing w:after="50" w:line="254" w:lineRule="auto"/>
        <w:ind w:left="369" w:hanging="369"/>
        <w:jc w:val="both"/>
        <w:rPr>
          <w:lang w:val="pl-PL"/>
        </w:rPr>
      </w:pPr>
      <w:r w:rsidRPr="00B14863">
        <w:rPr>
          <w:lang w:val="pl-PL"/>
        </w:rPr>
        <w:t>4. W przypadku kursu zintegrowanego obejmującego kurs podstawowy oraz kurs specjalistyczny w zakresie przewozu w cysternach łączna opłata za szkolenie wynosi 1200 zł za jednego uczestnika.</w:t>
      </w:r>
    </w:p>
    <w:p w14:paraId="6B53E4B5" w14:textId="77777777" w:rsidR="00FC7DDF" w:rsidRPr="00B14863" w:rsidRDefault="00000000">
      <w:pPr>
        <w:spacing w:after="50" w:line="254" w:lineRule="auto"/>
        <w:ind w:left="369" w:hanging="369"/>
        <w:jc w:val="both"/>
        <w:rPr>
          <w:lang w:val="pl-PL"/>
        </w:rPr>
      </w:pPr>
      <w:r w:rsidRPr="00B14863">
        <w:rPr>
          <w:lang w:val="pl-PL"/>
        </w:rPr>
        <w:t>5. Do opłaty za szkolenie dolicza się 50 zł za wydanie zaświadczenia ADR, zwanego dalej uprawnieniem.</w:t>
      </w:r>
    </w:p>
    <w:p w14:paraId="0C79DE15" w14:textId="77777777" w:rsidR="00FC7DDF" w:rsidRPr="00B14863" w:rsidRDefault="00000000">
      <w:pPr>
        <w:spacing w:after="50" w:line="254" w:lineRule="auto"/>
        <w:ind w:left="369" w:hanging="369"/>
        <w:jc w:val="both"/>
        <w:rPr>
          <w:lang w:val="pl-PL"/>
        </w:rPr>
      </w:pPr>
      <w:r w:rsidRPr="00B14863">
        <w:rPr>
          <w:lang w:val="pl-PL"/>
        </w:rPr>
        <w:t>6. Opłata za egzamin poprawkowy wynosi 300 zł za każde ponowne przystąpienie do egzaminu.</w:t>
      </w:r>
    </w:p>
    <w:p w14:paraId="3A497584" w14:textId="77777777" w:rsidR="00FC7DDF" w:rsidRPr="00B14863" w:rsidRDefault="00000000">
      <w:pPr>
        <w:spacing w:after="50" w:line="254" w:lineRule="auto"/>
        <w:ind w:left="369" w:hanging="369"/>
        <w:jc w:val="both"/>
        <w:rPr>
          <w:lang w:val="pl-PL"/>
        </w:rPr>
      </w:pPr>
      <w:r w:rsidRPr="00B14863">
        <w:rPr>
          <w:lang w:val="pl-PL"/>
        </w:rPr>
        <w:t>7. Jeżeli przeprowadzenie egzaminu albo wykonanie czynności związanych z kursem wymaga udziału tłumacza przysięgłego, uczestnik ponosi dodatkowo koszt jego usługi. Wysokość tej opłaty ustala tłumacz przysięgły i nie jest ona wliczona w cenę kursu, opłatę za wydanie uprawnienia ani opłatę za egzamin poprawkowy.</w:t>
      </w:r>
    </w:p>
    <w:p w14:paraId="2F2E1109" w14:textId="77777777" w:rsidR="00FC7DDF" w:rsidRPr="00B14863" w:rsidRDefault="00000000">
      <w:pPr>
        <w:spacing w:after="50" w:line="254" w:lineRule="auto"/>
        <w:ind w:left="369" w:hanging="369"/>
        <w:jc w:val="both"/>
        <w:rPr>
          <w:lang w:val="pl-PL"/>
        </w:rPr>
      </w:pPr>
      <w:r w:rsidRPr="00B14863">
        <w:rPr>
          <w:lang w:val="pl-PL"/>
        </w:rPr>
        <w:t>8. Brak wniesienia należnej opłaty może skutkować niedopuszczeniem uczestnika do zajęć, egzaminu lub wydania dokumentów związanych z ukończeniem kursu.</w:t>
      </w:r>
    </w:p>
    <w:p w14:paraId="15505612" w14:textId="77777777" w:rsidR="00FC7DDF" w:rsidRPr="00B14863" w:rsidRDefault="00000000">
      <w:pPr>
        <w:spacing w:before="160" w:after="80"/>
        <w:jc w:val="center"/>
        <w:rPr>
          <w:lang w:val="pl-PL"/>
        </w:rPr>
      </w:pPr>
      <w:r w:rsidRPr="00B14863">
        <w:rPr>
          <w:b/>
          <w:sz w:val="23"/>
          <w:lang w:val="pl-PL"/>
        </w:rPr>
        <w:t>§ 11. Odsunięcie uczestnika od zajęć</w:t>
      </w:r>
    </w:p>
    <w:p w14:paraId="4602B52C" w14:textId="77777777" w:rsidR="00FC7DDF" w:rsidRPr="00B14863" w:rsidRDefault="00000000">
      <w:pPr>
        <w:spacing w:after="50" w:line="254" w:lineRule="auto"/>
        <w:ind w:left="369" w:hanging="369"/>
        <w:jc w:val="both"/>
        <w:rPr>
          <w:lang w:val="pl-PL"/>
        </w:rPr>
      </w:pPr>
      <w:r w:rsidRPr="00B14863">
        <w:rPr>
          <w:lang w:val="pl-PL"/>
        </w:rPr>
        <w:t>1. Organizator może odsunąć uczestnika od zajęć w przypadku: braku wymaganych dokumentów, stanu wskazującego na użycie alkoholu lub środków odurzających, rażącego naruszania zasad bezpieczeństwa, zakłócania zajęć, agresji, niszczenia mienia, podawania nieprawdziwych danych albo ingerencji w monitoring.</w:t>
      </w:r>
    </w:p>
    <w:p w14:paraId="70ED4182" w14:textId="77777777" w:rsidR="00FC7DDF" w:rsidRPr="00B14863" w:rsidRDefault="00000000">
      <w:pPr>
        <w:spacing w:after="50" w:line="254" w:lineRule="auto"/>
        <w:ind w:left="369" w:hanging="369"/>
        <w:jc w:val="both"/>
        <w:rPr>
          <w:lang w:val="pl-PL"/>
        </w:rPr>
      </w:pPr>
      <w:r w:rsidRPr="00B14863">
        <w:rPr>
          <w:lang w:val="pl-PL"/>
        </w:rPr>
        <w:t>2. Odsunięcie od zajęć nie wstrzymuje naliczania czasu nieobecności.</w:t>
      </w:r>
    </w:p>
    <w:p w14:paraId="58F700FA" w14:textId="77777777" w:rsidR="00FC7DDF" w:rsidRPr="00B14863" w:rsidRDefault="00000000">
      <w:pPr>
        <w:spacing w:after="50" w:line="254" w:lineRule="auto"/>
        <w:ind w:left="369" w:hanging="369"/>
        <w:jc w:val="both"/>
        <w:rPr>
          <w:lang w:val="pl-PL"/>
        </w:rPr>
      </w:pPr>
      <w:r w:rsidRPr="00B14863">
        <w:rPr>
          <w:lang w:val="pl-PL"/>
        </w:rPr>
        <w:t>3. Jeżeli zachowanie uczestnika stwarza zagrożenie dla życia, zdrowia lub mienia, Organizator może nakazać natychmiastowe opuszczenie miejsca szkolenia oraz powiadomić właściwe służby.</w:t>
      </w:r>
    </w:p>
    <w:p w14:paraId="16ED4E44" w14:textId="77777777" w:rsidR="00FC7DDF" w:rsidRPr="00B14863" w:rsidRDefault="00000000">
      <w:pPr>
        <w:spacing w:before="160" w:after="80"/>
        <w:jc w:val="center"/>
        <w:rPr>
          <w:lang w:val="pl-PL"/>
        </w:rPr>
      </w:pPr>
      <w:r w:rsidRPr="00B14863">
        <w:rPr>
          <w:b/>
          <w:sz w:val="23"/>
          <w:lang w:val="pl-PL"/>
        </w:rPr>
        <w:t>§ 12. Ukończenie kursu i egzamin</w:t>
      </w:r>
    </w:p>
    <w:p w14:paraId="28E03935" w14:textId="77777777" w:rsidR="00FC7DDF" w:rsidRPr="00B14863" w:rsidRDefault="00000000">
      <w:pPr>
        <w:spacing w:after="50" w:line="254" w:lineRule="auto"/>
        <w:ind w:left="369" w:hanging="369"/>
        <w:jc w:val="both"/>
        <w:rPr>
          <w:lang w:val="pl-PL"/>
        </w:rPr>
      </w:pPr>
      <w:r w:rsidRPr="00B14863">
        <w:rPr>
          <w:lang w:val="pl-PL"/>
        </w:rPr>
        <w:t>1. Zaświadczenie o ukończeniu kursu może zostać wydane wyłącznie uczestnikowi, który zrealizował program kursu i nie przekroczył dopuszczalnego limitu nieobecności.</w:t>
      </w:r>
    </w:p>
    <w:p w14:paraId="3CFF6A11" w14:textId="77777777" w:rsidR="00FC7DDF" w:rsidRPr="00B14863" w:rsidRDefault="00000000">
      <w:pPr>
        <w:spacing w:after="50" w:line="254" w:lineRule="auto"/>
        <w:ind w:left="369" w:hanging="369"/>
        <w:jc w:val="both"/>
        <w:rPr>
          <w:lang w:val="pl-PL"/>
        </w:rPr>
      </w:pPr>
      <w:r w:rsidRPr="00B14863">
        <w:rPr>
          <w:lang w:val="pl-PL"/>
        </w:rPr>
        <w:t>2. Ukończenie kursu nie jest równoznaczne z uzyskaniem zaświadczenia ADR. Warunkiem uzyskania zaświadczenia ADR jest także zdanie właściwego egzaminu z wynikiem pozytywnym.</w:t>
      </w:r>
    </w:p>
    <w:p w14:paraId="2D94D06A" w14:textId="77777777" w:rsidR="00FC7DDF" w:rsidRPr="00B14863" w:rsidRDefault="00000000">
      <w:pPr>
        <w:spacing w:after="50" w:line="254" w:lineRule="auto"/>
        <w:ind w:left="369" w:hanging="369"/>
        <w:jc w:val="both"/>
        <w:rPr>
          <w:lang w:val="pl-PL"/>
        </w:rPr>
      </w:pPr>
      <w:r w:rsidRPr="00B14863">
        <w:rPr>
          <w:lang w:val="pl-PL"/>
        </w:rPr>
        <w:lastRenderedPageBreak/>
        <w:t>3. Uczestnik przystępujący do egzaminu ma obowiązek posiadać dokumenty wymagane przez komisję egzaminacyjną, w szczególności dokument tożsamości i prawo jazdy.</w:t>
      </w:r>
    </w:p>
    <w:p w14:paraId="410C3BDD" w14:textId="77777777" w:rsidR="00FC7DDF" w:rsidRPr="00B14863" w:rsidRDefault="00000000">
      <w:pPr>
        <w:spacing w:after="50" w:line="254" w:lineRule="auto"/>
        <w:ind w:left="369" w:hanging="369"/>
        <w:jc w:val="both"/>
        <w:rPr>
          <w:lang w:val="pl-PL"/>
        </w:rPr>
      </w:pPr>
      <w:r w:rsidRPr="00B14863">
        <w:rPr>
          <w:lang w:val="pl-PL"/>
        </w:rPr>
        <w:t>4. Organizator nie odpowiada za niedopuszczenie uczestnika do egzaminu z powodu braku dokumentów, spóźnienia, niespełnienia warunków formalnych lub przekroczenia limitu nieobecności.</w:t>
      </w:r>
    </w:p>
    <w:p w14:paraId="0D616075" w14:textId="77777777" w:rsidR="00FC7DDF" w:rsidRPr="00B14863" w:rsidRDefault="00000000">
      <w:pPr>
        <w:spacing w:before="160" w:after="80"/>
        <w:jc w:val="center"/>
        <w:rPr>
          <w:lang w:val="pl-PL"/>
        </w:rPr>
      </w:pPr>
      <w:r w:rsidRPr="00B14863">
        <w:rPr>
          <w:b/>
          <w:sz w:val="23"/>
          <w:lang w:val="pl-PL"/>
        </w:rPr>
        <w:t>§ 13. Postanowienia końcowe</w:t>
      </w:r>
    </w:p>
    <w:p w14:paraId="6BBE33CE" w14:textId="77777777" w:rsidR="00FC7DDF" w:rsidRPr="00B14863" w:rsidRDefault="00000000">
      <w:pPr>
        <w:spacing w:after="50" w:line="254" w:lineRule="auto"/>
        <w:ind w:left="369" w:hanging="369"/>
        <w:jc w:val="both"/>
        <w:rPr>
          <w:lang w:val="pl-PL"/>
        </w:rPr>
      </w:pPr>
      <w:r w:rsidRPr="00B14863">
        <w:rPr>
          <w:lang w:val="pl-PL"/>
        </w:rPr>
        <w:t>1. W sprawach nieuregulowanych Regulaminem stosuje się obowiązujące przepisy prawa oraz zasady przekazane uczestnikom przez Organizatora.</w:t>
      </w:r>
    </w:p>
    <w:p w14:paraId="7AD654BA" w14:textId="77777777" w:rsidR="00FC7DDF" w:rsidRPr="00B14863" w:rsidRDefault="00000000">
      <w:pPr>
        <w:spacing w:after="50" w:line="254" w:lineRule="auto"/>
        <w:ind w:left="369" w:hanging="369"/>
        <w:jc w:val="both"/>
        <w:rPr>
          <w:lang w:val="pl-PL"/>
        </w:rPr>
      </w:pPr>
      <w:r w:rsidRPr="00B14863">
        <w:rPr>
          <w:lang w:val="pl-PL"/>
        </w:rPr>
        <w:t>2. Organizator może aktualizować Regulamin w przypadku zmiany przepisów lub zasad organizacji kursów. Do kursu rozpoczętego stosuje się Regulamin przekazany uczestnikowi najpóźniej w dniu rozpoczęcia zajęć, chyba że zmiana wynika bezpośrednio z przepisów prawa.</w:t>
      </w:r>
    </w:p>
    <w:p w14:paraId="0B7D5D2F" w14:textId="2CEF8393" w:rsidR="00FC7DDF" w:rsidRPr="00B14863" w:rsidRDefault="00000000">
      <w:pPr>
        <w:spacing w:after="50" w:line="254" w:lineRule="auto"/>
        <w:ind w:left="369" w:hanging="369"/>
        <w:jc w:val="both"/>
        <w:rPr>
          <w:lang w:val="pl-PL"/>
        </w:rPr>
      </w:pPr>
      <w:r w:rsidRPr="00B14863">
        <w:rPr>
          <w:lang w:val="pl-PL"/>
        </w:rPr>
        <w:t xml:space="preserve">3. Regulamin wchodzi w życie z dniem </w:t>
      </w:r>
      <w:r w:rsidR="00A85CFC" w:rsidRPr="00A85CFC">
        <w:rPr>
          <w:b/>
          <w:bCs/>
          <w:lang w:val="pl-PL"/>
        </w:rPr>
        <w:t>01.08.2026</w:t>
      </w:r>
    </w:p>
    <w:p w14:paraId="636C800E" w14:textId="77777777" w:rsidR="00FC7DDF" w:rsidRPr="00B14863" w:rsidRDefault="00000000">
      <w:pPr>
        <w:spacing w:after="160"/>
        <w:jc w:val="center"/>
        <w:rPr>
          <w:lang w:val="pl-PL"/>
        </w:rPr>
      </w:pPr>
      <w:r w:rsidRPr="00B14863">
        <w:rPr>
          <w:b/>
          <w:sz w:val="28"/>
          <w:lang w:val="pl-PL"/>
        </w:rPr>
        <w:t>OŚWIADCZENIE UCZESTNIKA</w:t>
      </w:r>
    </w:p>
    <w:p w14:paraId="54798AD3" w14:textId="77777777" w:rsidR="00FC7DDF" w:rsidRPr="00B14863" w:rsidRDefault="00000000">
      <w:pPr>
        <w:spacing w:after="120" w:line="259" w:lineRule="auto"/>
        <w:jc w:val="both"/>
        <w:rPr>
          <w:lang w:val="pl-PL"/>
        </w:rPr>
      </w:pPr>
      <w:r w:rsidRPr="00B14863">
        <w:rPr>
          <w:sz w:val="21"/>
          <w:lang w:val="pl-PL"/>
        </w:rPr>
        <w:t>Oświadczam, że przed rozpoczęciem kursu otrzymałem(-</w:t>
      </w:r>
      <w:proofErr w:type="spellStart"/>
      <w:r w:rsidRPr="00B14863">
        <w:rPr>
          <w:sz w:val="21"/>
          <w:lang w:val="pl-PL"/>
        </w:rPr>
        <w:t>am</w:t>
      </w:r>
      <w:proofErr w:type="spellEnd"/>
      <w:r w:rsidRPr="00B14863">
        <w:rPr>
          <w:sz w:val="21"/>
          <w:lang w:val="pl-PL"/>
        </w:rPr>
        <w:t>), przeczytałem(-</w:t>
      </w:r>
      <w:proofErr w:type="spellStart"/>
      <w:r w:rsidRPr="00B14863">
        <w:rPr>
          <w:sz w:val="21"/>
          <w:lang w:val="pl-PL"/>
        </w:rPr>
        <w:t>am</w:t>
      </w:r>
      <w:proofErr w:type="spellEnd"/>
      <w:r w:rsidRPr="00B14863">
        <w:rPr>
          <w:sz w:val="21"/>
          <w:lang w:val="pl-PL"/>
        </w:rPr>
        <w:t>) i zrozumiałem(-</w:t>
      </w:r>
      <w:proofErr w:type="spellStart"/>
      <w:r w:rsidRPr="00B14863">
        <w:rPr>
          <w:sz w:val="21"/>
          <w:lang w:val="pl-PL"/>
        </w:rPr>
        <w:t>am</w:t>
      </w:r>
      <w:proofErr w:type="spellEnd"/>
      <w:r w:rsidRPr="00B14863">
        <w:rPr>
          <w:sz w:val="21"/>
          <w:lang w:val="pl-PL"/>
        </w:rPr>
        <w:t>) Regulamin uczestnictwa w kursach ADR. Zobowiązuję się do przestrzegania jego postanowień.</w:t>
      </w:r>
    </w:p>
    <w:p w14:paraId="55CFB683" w14:textId="77777777" w:rsidR="00FC7DDF" w:rsidRPr="00B14863" w:rsidRDefault="00000000">
      <w:pPr>
        <w:spacing w:after="120" w:line="259" w:lineRule="auto"/>
        <w:jc w:val="both"/>
        <w:rPr>
          <w:lang w:val="pl-PL"/>
        </w:rPr>
      </w:pPr>
      <w:r w:rsidRPr="00B14863">
        <w:rPr>
          <w:sz w:val="21"/>
          <w:lang w:val="pl-PL"/>
        </w:rPr>
        <w:t>Potwierdzam, że zapoznałem(-</w:t>
      </w:r>
      <w:proofErr w:type="spellStart"/>
      <w:r w:rsidRPr="00B14863">
        <w:rPr>
          <w:sz w:val="21"/>
          <w:lang w:val="pl-PL"/>
        </w:rPr>
        <w:t>am</w:t>
      </w:r>
      <w:proofErr w:type="spellEnd"/>
      <w:r w:rsidRPr="00B14863">
        <w:rPr>
          <w:sz w:val="21"/>
          <w:lang w:val="pl-PL"/>
        </w:rPr>
        <w:t>) się z wysokością i zasadami opłat określonymi w § 10 Regulaminu, w tym z opłatą za wybrany zakres kursu, opłatą za wydanie uprawnienia, opłatą za egzamin poprawkowy oraz możliwością poniesienia dodatkowego kosztu tłumacza przysięgłego.</w:t>
      </w:r>
    </w:p>
    <w:p w14:paraId="1C99B514" w14:textId="77777777" w:rsidR="00FC7DDF" w:rsidRPr="00B14863" w:rsidRDefault="00000000">
      <w:pPr>
        <w:spacing w:line="259" w:lineRule="auto"/>
        <w:jc w:val="both"/>
        <w:rPr>
          <w:lang w:val="pl-PL"/>
        </w:rPr>
      </w:pPr>
      <w:r w:rsidRPr="00B14863">
        <w:rPr>
          <w:sz w:val="21"/>
          <w:lang w:val="pl-PL"/>
        </w:rPr>
        <w:t>Potwierdzam, że zostałem(-</w:t>
      </w:r>
      <w:proofErr w:type="spellStart"/>
      <w:r w:rsidRPr="00B14863">
        <w:rPr>
          <w:sz w:val="21"/>
          <w:lang w:val="pl-PL"/>
        </w:rPr>
        <w:t>am</w:t>
      </w:r>
      <w:proofErr w:type="spellEnd"/>
      <w:r w:rsidRPr="00B14863">
        <w:rPr>
          <w:sz w:val="21"/>
          <w:lang w:val="pl-PL"/>
        </w:rPr>
        <w:t>) poinformowany(-a), iż sala wykładowa oraz miejsce prowadzenia zajęć praktycznych są objęte monitoringiem wizyjnym przez cały czas trwania zajęć. Monitoring rejestruje obraz bez dźwięku. Otrzymałem(-</w:t>
      </w:r>
      <w:proofErr w:type="spellStart"/>
      <w:r w:rsidRPr="00B14863">
        <w:rPr>
          <w:sz w:val="21"/>
          <w:lang w:val="pl-PL"/>
        </w:rPr>
        <w:t>am</w:t>
      </w:r>
      <w:proofErr w:type="spellEnd"/>
      <w:r w:rsidRPr="00B14863">
        <w:rPr>
          <w:sz w:val="21"/>
          <w:lang w:val="pl-PL"/>
        </w:rPr>
        <w:t>) również informację o zasadach przetwarzania danych osobowych i sposobie realizacji praw wynikających z RODO.</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ayout w:type="fixed"/>
        <w:tblLook w:val="04A0" w:firstRow="1" w:lastRow="0" w:firstColumn="1" w:lastColumn="0" w:noHBand="0" w:noVBand="1"/>
      </w:tblPr>
      <w:tblGrid>
        <w:gridCol w:w="5100"/>
        <w:gridCol w:w="5100"/>
      </w:tblGrid>
      <w:tr w:rsidR="00FC7DDF" w14:paraId="43B4C592" w14:textId="77777777">
        <w:trPr>
          <w:jc w:val="center"/>
        </w:trPr>
        <w:tc>
          <w:tcPr>
            <w:tcW w:w="5100" w:type="dxa"/>
            <w:shd w:val="clear" w:color="auto" w:fill="E7E6E6"/>
            <w:tcMar>
              <w:top w:w="90" w:type="dxa"/>
              <w:left w:w="90" w:type="dxa"/>
              <w:bottom w:w="90" w:type="dxa"/>
              <w:right w:w="90" w:type="dxa"/>
            </w:tcMar>
            <w:vAlign w:val="center"/>
          </w:tcPr>
          <w:p w14:paraId="4FC492E9" w14:textId="77777777" w:rsidR="00FC7DDF" w:rsidRDefault="00000000">
            <w:pPr>
              <w:spacing w:after="0"/>
            </w:pPr>
            <w:proofErr w:type="spellStart"/>
            <w:r>
              <w:rPr>
                <w:b/>
                <w:sz w:val="19"/>
              </w:rPr>
              <w:t>Imię</w:t>
            </w:r>
            <w:proofErr w:type="spellEnd"/>
            <w:r>
              <w:rPr>
                <w:b/>
                <w:sz w:val="19"/>
              </w:rPr>
              <w:t xml:space="preserve"> i nazwisko uczestnika:</w:t>
            </w:r>
          </w:p>
        </w:tc>
        <w:tc>
          <w:tcPr>
            <w:tcW w:w="5100" w:type="dxa"/>
            <w:tcMar>
              <w:top w:w="90" w:type="dxa"/>
              <w:left w:w="90" w:type="dxa"/>
              <w:bottom w:w="90" w:type="dxa"/>
              <w:right w:w="90" w:type="dxa"/>
            </w:tcMar>
            <w:vAlign w:val="center"/>
          </w:tcPr>
          <w:p w14:paraId="4344DBE5" w14:textId="77777777" w:rsidR="00FC7DDF" w:rsidRDefault="00000000">
            <w:pPr>
              <w:spacing w:after="0"/>
            </w:pPr>
            <w:r>
              <w:rPr>
                <w:sz w:val="19"/>
              </w:rPr>
              <w:t>........................................................................................</w:t>
            </w:r>
          </w:p>
        </w:tc>
      </w:tr>
      <w:tr w:rsidR="00FC7DDF" w14:paraId="0A8B5CFC" w14:textId="77777777">
        <w:trPr>
          <w:jc w:val="center"/>
        </w:trPr>
        <w:tc>
          <w:tcPr>
            <w:tcW w:w="5100" w:type="dxa"/>
            <w:shd w:val="clear" w:color="auto" w:fill="E7E6E6"/>
            <w:tcMar>
              <w:top w:w="90" w:type="dxa"/>
              <w:left w:w="90" w:type="dxa"/>
              <w:bottom w:w="90" w:type="dxa"/>
              <w:right w:w="90" w:type="dxa"/>
            </w:tcMar>
            <w:vAlign w:val="center"/>
          </w:tcPr>
          <w:p w14:paraId="090C42AA" w14:textId="77777777" w:rsidR="00FC7DDF" w:rsidRDefault="00000000">
            <w:pPr>
              <w:spacing w:after="0"/>
            </w:pPr>
            <w:r>
              <w:rPr>
                <w:b/>
                <w:sz w:val="19"/>
              </w:rPr>
              <w:t>Rodzaj kursu:</w:t>
            </w:r>
          </w:p>
        </w:tc>
        <w:tc>
          <w:tcPr>
            <w:tcW w:w="5100" w:type="dxa"/>
            <w:tcMar>
              <w:top w:w="90" w:type="dxa"/>
              <w:left w:w="90" w:type="dxa"/>
              <w:bottom w:w="90" w:type="dxa"/>
              <w:right w:w="90" w:type="dxa"/>
            </w:tcMar>
            <w:vAlign w:val="center"/>
          </w:tcPr>
          <w:p w14:paraId="36663851" w14:textId="77777777" w:rsidR="00FC7DDF" w:rsidRDefault="00000000">
            <w:pPr>
              <w:spacing w:after="0"/>
            </w:pPr>
            <w:r>
              <w:rPr>
                <w:sz w:val="19"/>
              </w:rPr>
              <w:t>........................................................................................</w:t>
            </w:r>
          </w:p>
        </w:tc>
      </w:tr>
      <w:tr w:rsidR="00FC7DDF" w14:paraId="30434AD1" w14:textId="77777777">
        <w:trPr>
          <w:jc w:val="center"/>
        </w:trPr>
        <w:tc>
          <w:tcPr>
            <w:tcW w:w="5100" w:type="dxa"/>
            <w:shd w:val="clear" w:color="auto" w:fill="E7E6E6"/>
            <w:tcMar>
              <w:top w:w="90" w:type="dxa"/>
              <w:left w:w="90" w:type="dxa"/>
              <w:bottom w:w="90" w:type="dxa"/>
              <w:right w:w="90" w:type="dxa"/>
            </w:tcMar>
            <w:vAlign w:val="center"/>
          </w:tcPr>
          <w:p w14:paraId="1F7AF60F" w14:textId="77777777" w:rsidR="00FC7DDF" w:rsidRDefault="00000000">
            <w:pPr>
              <w:spacing w:after="0"/>
            </w:pPr>
            <w:r>
              <w:rPr>
                <w:b/>
                <w:sz w:val="19"/>
              </w:rPr>
              <w:t>Termin kursu:</w:t>
            </w:r>
          </w:p>
        </w:tc>
        <w:tc>
          <w:tcPr>
            <w:tcW w:w="5100" w:type="dxa"/>
            <w:tcMar>
              <w:top w:w="90" w:type="dxa"/>
              <w:left w:w="90" w:type="dxa"/>
              <w:bottom w:w="90" w:type="dxa"/>
              <w:right w:w="90" w:type="dxa"/>
            </w:tcMar>
            <w:vAlign w:val="center"/>
          </w:tcPr>
          <w:p w14:paraId="4B3E4E01" w14:textId="77777777" w:rsidR="00FC7DDF" w:rsidRDefault="00000000">
            <w:pPr>
              <w:spacing w:after="0"/>
            </w:pPr>
            <w:r>
              <w:rPr>
                <w:sz w:val="19"/>
              </w:rPr>
              <w:t>........................................................................................</w:t>
            </w:r>
          </w:p>
        </w:tc>
      </w:tr>
      <w:tr w:rsidR="00FC7DDF" w14:paraId="6A62EBCB" w14:textId="77777777">
        <w:trPr>
          <w:jc w:val="center"/>
        </w:trPr>
        <w:tc>
          <w:tcPr>
            <w:tcW w:w="5100" w:type="dxa"/>
            <w:shd w:val="clear" w:color="auto" w:fill="E7E6E6"/>
            <w:tcMar>
              <w:top w:w="90" w:type="dxa"/>
              <w:left w:w="90" w:type="dxa"/>
              <w:bottom w:w="90" w:type="dxa"/>
              <w:right w:w="90" w:type="dxa"/>
            </w:tcMar>
            <w:vAlign w:val="center"/>
          </w:tcPr>
          <w:p w14:paraId="2099EE39" w14:textId="77777777" w:rsidR="00FC7DDF" w:rsidRPr="00B14863" w:rsidRDefault="00000000">
            <w:pPr>
              <w:spacing w:after="0"/>
              <w:rPr>
                <w:lang w:val="pl-PL"/>
              </w:rPr>
            </w:pPr>
            <w:r w:rsidRPr="00B14863">
              <w:rPr>
                <w:b/>
                <w:sz w:val="19"/>
                <w:lang w:val="pl-PL"/>
              </w:rPr>
              <w:t>Data zapoznania się z Regulaminem:</w:t>
            </w:r>
          </w:p>
        </w:tc>
        <w:tc>
          <w:tcPr>
            <w:tcW w:w="5100" w:type="dxa"/>
            <w:tcMar>
              <w:top w:w="90" w:type="dxa"/>
              <w:left w:w="90" w:type="dxa"/>
              <w:bottom w:w="90" w:type="dxa"/>
              <w:right w:w="90" w:type="dxa"/>
            </w:tcMar>
            <w:vAlign w:val="center"/>
          </w:tcPr>
          <w:p w14:paraId="4C54C052" w14:textId="77777777" w:rsidR="00FC7DDF" w:rsidRDefault="00000000">
            <w:pPr>
              <w:spacing w:after="0"/>
            </w:pPr>
            <w:r>
              <w:rPr>
                <w:sz w:val="19"/>
              </w:rPr>
              <w:t>........................................................................................</w:t>
            </w:r>
          </w:p>
        </w:tc>
      </w:tr>
      <w:tr w:rsidR="00FC7DDF" w14:paraId="3D229BFF" w14:textId="77777777">
        <w:trPr>
          <w:jc w:val="center"/>
        </w:trPr>
        <w:tc>
          <w:tcPr>
            <w:tcW w:w="5100" w:type="dxa"/>
            <w:shd w:val="clear" w:color="auto" w:fill="E7E6E6"/>
            <w:tcMar>
              <w:top w:w="90" w:type="dxa"/>
              <w:left w:w="90" w:type="dxa"/>
              <w:bottom w:w="90" w:type="dxa"/>
              <w:right w:w="90" w:type="dxa"/>
            </w:tcMar>
            <w:vAlign w:val="center"/>
          </w:tcPr>
          <w:p w14:paraId="6FFCBB10" w14:textId="77777777" w:rsidR="00FC7DDF" w:rsidRDefault="00000000">
            <w:pPr>
              <w:spacing w:after="0"/>
            </w:pPr>
            <w:r>
              <w:rPr>
                <w:b/>
                <w:sz w:val="19"/>
              </w:rPr>
              <w:t>Czytelny podpis uczestnika:</w:t>
            </w:r>
          </w:p>
        </w:tc>
        <w:tc>
          <w:tcPr>
            <w:tcW w:w="5100" w:type="dxa"/>
            <w:tcMar>
              <w:top w:w="90" w:type="dxa"/>
              <w:left w:w="90" w:type="dxa"/>
              <w:bottom w:w="90" w:type="dxa"/>
              <w:right w:w="90" w:type="dxa"/>
            </w:tcMar>
            <w:vAlign w:val="center"/>
          </w:tcPr>
          <w:p w14:paraId="4DA1395E" w14:textId="77777777" w:rsidR="00FC7DDF" w:rsidRDefault="00000000">
            <w:pPr>
              <w:spacing w:after="0"/>
            </w:pPr>
            <w:r>
              <w:rPr>
                <w:sz w:val="19"/>
              </w:rPr>
              <w:t>........................................................................................</w:t>
            </w:r>
          </w:p>
        </w:tc>
      </w:tr>
    </w:tbl>
    <w:p w14:paraId="73C75F19" w14:textId="77777777" w:rsidR="00FC7DDF" w:rsidRPr="00B14863" w:rsidRDefault="00000000">
      <w:pPr>
        <w:spacing w:before="240" w:after="60"/>
        <w:rPr>
          <w:lang w:val="pl-PL"/>
        </w:rPr>
      </w:pPr>
      <w:r w:rsidRPr="00B14863">
        <w:rPr>
          <w:b/>
          <w:sz w:val="18"/>
          <w:lang w:val="pl-PL"/>
        </w:rPr>
        <w:t>Podstawy prawne wykorzystane przy opracowaniu Regulaminu:</w:t>
      </w:r>
    </w:p>
    <w:p w14:paraId="42983DA4" w14:textId="77777777" w:rsidR="00FC7DDF" w:rsidRPr="00B14863" w:rsidRDefault="00000000">
      <w:pPr>
        <w:spacing w:after="20"/>
        <w:ind w:left="283" w:hanging="142"/>
        <w:rPr>
          <w:lang w:val="pl-PL"/>
        </w:rPr>
      </w:pPr>
      <w:r w:rsidRPr="00B14863">
        <w:rPr>
          <w:sz w:val="17"/>
          <w:lang w:val="pl-PL"/>
        </w:rPr>
        <w:t>• ustawa z dnia 19 sierpnia 2011 r. o przewozie towarów niebezpiecznych;</w:t>
      </w:r>
    </w:p>
    <w:p w14:paraId="65818448" w14:textId="77777777" w:rsidR="00FC7DDF" w:rsidRPr="00B14863" w:rsidRDefault="00000000">
      <w:pPr>
        <w:spacing w:after="20"/>
        <w:ind w:left="283" w:hanging="142"/>
        <w:rPr>
          <w:lang w:val="pl-PL"/>
        </w:rPr>
      </w:pPr>
      <w:r w:rsidRPr="00B14863">
        <w:rPr>
          <w:sz w:val="17"/>
          <w:lang w:val="pl-PL"/>
        </w:rPr>
        <w:t>• rozporządzenie Ministra Transportu, Budownictwa i Gospodarki Morskiej z dnia 29 maja 2012 r. w sprawie prowadzenia kursów z zakresu przewozu towarów niebezpiecznych – tekst jednolity ogłoszony w Dz.U. z 2021 r. poz. 2150;</w:t>
      </w:r>
    </w:p>
    <w:p w14:paraId="34BCB7D7" w14:textId="77777777" w:rsidR="00FC7DDF" w:rsidRPr="00B14863" w:rsidRDefault="00000000">
      <w:pPr>
        <w:spacing w:after="20"/>
        <w:ind w:left="283" w:hanging="142"/>
        <w:rPr>
          <w:lang w:val="pl-PL"/>
        </w:rPr>
      </w:pPr>
      <w:r w:rsidRPr="00B14863">
        <w:rPr>
          <w:sz w:val="17"/>
          <w:lang w:val="pl-PL"/>
        </w:rPr>
        <w:t>• rozporządzenie Parlamentu Europejskiego i Rady (UE) 2016/679 (RODO);</w:t>
      </w:r>
    </w:p>
    <w:p w14:paraId="46E58C58" w14:textId="77777777" w:rsidR="00FC7DDF" w:rsidRPr="00B14863" w:rsidRDefault="00000000">
      <w:pPr>
        <w:spacing w:after="20"/>
        <w:ind w:left="283" w:hanging="142"/>
        <w:rPr>
          <w:lang w:val="pl-PL"/>
        </w:rPr>
      </w:pPr>
      <w:r w:rsidRPr="00B14863">
        <w:rPr>
          <w:sz w:val="17"/>
          <w:lang w:val="pl-PL"/>
        </w:rPr>
        <w:t>• wytyczne i informacje Prezesa Urzędu Ochrony Danych Osobowych dotyczące monitoringu wizyjnego.</w:t>
      </w:r>
    </w:p>
    <w:sectPr w:rsidR="00FC7DDF" w:rsidRPr="00B14863" w:rsidSect="00034616">
      <w:headerReference w:type="default" r:id="rId8"/>
      <w:footerReference w:type="default" r:id="rId9"/>
      <w:pgSz w:w="12240" w:h="15840"/>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F9C0" w14:textId="77777777" w:rsidR="000F148E" w:rsidRDefault="000F148E">
      <w:pPr>
        <w:spacing w:after="0" w:line="240" w:lineRule="auto"/>
      </w:pPr>
      <w:r>
        <w:separator/>
      </w:r>
    </w:p>
  </w:endnote>
  <w:endnote w:type="continuationSeparator" w:id="0">
    <w:p w14:paraId="63FBF0C4" w14:textId="77777777" w:rsidR="000F148E" w:rsidRDefault="000F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C1F4" w14:textId="77777777" w:rsidR="00FC7DDF" w:rsidRDefault="00000000">
    <w:pPr>
      <w:pStyle w:val="Stopka"/>
      <w:jc w:val="center"/>
    </w:pPr>
    <w:proofErr w:type="spellStart"/>
    <w:r>
      <w:rPr>
        <w:color w:val="5A5A5A"/>
        <w:sz w:val="16"/>
      </w:rPr>
      <w:t>Regulamin</w:t>
    </w:r>
    <w:proofErr w:type="spellEnd"/>
    <w:r>
      <w:rPr>
        <w:color w:val="5A5A5A"/>
        <w:sz w:val="16"/>
      </w:rPr>
      <w:t xml:space="preserve"> </w:t>
    </w:r>
    <w:proofErr w:type="spellStart"/>
    <w:r>
      <w:rPr>
        <w:color w:val="5A5A5A"/>
        <w:sz w:val="16"/>
      </w:rPr>
      <w:t>uczestnictwa</w:t>
    </w:r>
    <w:proofErr w:type="spellEnd"/>
    <w:r>
      <w:rPr>
        <w:color w:val="5A5A5A"/>
        <w:sz w:val="16"/>
      </w:rPr>
      <w:t xml:space="preserve"> w </w:t>
    </w:r>
    <w:proofErr w:type="spellStart"/>
    <w:r>
      <w:rPr>
        <w:color w:val="5A5A5A"/>
        <w:sz w:val="16"/>
      </w:rPr>
      <w:t>kursach</w:t>
    </w:r>
    <w:proofErr w:type="spellEnd"/>
    <w:r>
      <w:rPr>
        <w:color w:val="5A5A5A"/>
        <w:sz w:val="16"/>
      </w:rPr>
      <w:t xml:space="preserve"> ADR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08B4C" w14:textId="77777777" w:rsidR="000F148E" w:rsidRDefault="000F148E">
      <w:pPr>
        <w:spacing w:after="0" w:line="240" w:lineRule="auto"/>
      </w:pPr>
      <w:r>
        <w:separator/>
      </w:r>
    </w:p>
  </w:footnote>
  <w:footnote w:type="continuationSeparator" w:id="0">
    <w:p w14:paraId="74C67467" w14:textId="77777777" w:rsidR="000F148E" w:rsidRDefault="000F1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DC9E" w14:textId="77777777" w:rsidR="00FC7DDF" w:rsidRPr="00B14863" w:rsidRDefault="00000000">
    <w:pPr>
      <w:pStyle w:val="Nagwek"/>
      <w:jc w:val="right"/>
      <w:rPr>
        <w:lang w:val="pl-PL"/>
      </w:rPr>
    </w:pPr>
    <w:r w:rsidRPr="00B14863">
      <w:rPr>
        <w:color w:val="5A5A5A"/>
        <w:sz w:val="16"/>
        <w:lang w:val="pl-PL"/>
      </w:rPr>
      <w:t>Ośrodek Szkolenia Zawodowego DOBRY KURS Sylwia Kaczmarek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394013078">
    <w:abstractNumId w:val="8"/>
  </w:num>
  <w:num w:numId="2" w16cid:durableId="945581149">
    <w:abstractNumId w:val="6"/>
  </w:num>
  <w:num w:numId="3" w16cid:durableId="1780950781">
    <w:abstractNumId w:val="5"/>
  </w:num>
  <w:num w:numId="4" w16cid:durableId="1447777252">
    <w:abstractNumId w:val="4"/>
  </w:num>
  <w:num w:numId="5" w16cid:durableId="1679888388">
    <w:abstractNumId w:val="7"/>
  </w:num>
  <w:num w:numId="6" w16cid:durableId="1332874330">
    <w:abstractNumId w:val="3"/>
  </w:num>
  <w:num w:numId="7" w16cid:durableId="168761141">
    <w:abstractNumId w:val="2"/>
  </w:num>
  <w:num w:numId="8" w16cid:durableId="86393735">
    <w:abstractNumId w:val="1"/>
  </w:num>
  <w:num w:numId="9" w16cid:durableId="130292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48E"/>
    <w:rsid w:val="0015074B"/>
    <w:rsid w:val="0029639D"/>
    <w:rsid w:val="00326F90"/>
    <w:rsid w:val="00941948"/>
    <w:rsid w:val="00A85CFC"/>
    <w:rsid w:val="00AA1D8D"/>
    <w:rsid w:val="00B14863"/>
    <w:rsid w:val="00B47730"/>
    <w:rsid w:val="00BA1474"/>
    <w:rsid w:val="00CB0664"/>
    <w:rsid w:val="00FC693F"/>
    <w:rsid w:val="00FC7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416E55"/>
  <w14:defaultImageDpi w14:val="300"/>
  <w15:docId w15:val="{4862EA6E-DF09-484A-8151-34C714AA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2066</Words>
  <Characters>11779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biuro@kursy-gorzow.pl</cp:lastModifiedBy>
  <cp:revision>4</cp:revision>
  <dcterms:created xsi:type="dcterms:W3CDTF">2026-07-24T09:25:00Z</dcterms:created>
  <dcterms:modified xsi:type="dcterms:W3CDTF">2026-07-25T10:40:00Z</dcterms:modified>
  <cp:category/>
</cp:coreProperties>
</file>