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30"/>
        </w:rPr>
        <w:t>HARMONOGRAM KURSU ADR POCZĄTKOWEGO PODSTAWOWEGO</w:t>
      </w:r>
    </w:p>
    <w:p>
      <w:pPr>
        <w:spacing w:after="140"/>
        <w:jc w:val="center"/>
      </w:pPr>
      <w:r>
        <w:rPr>
          <w:rFonts w:ascii="Arial" w:hAnsi="Arial"/>
          <w:b/>
          <w:sz w:val="21"/>
        </w:rPr>
        <w:t>przewóz drogowy towarów niebezpiecznych w sztukach przesyłki i luzem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2268"/>
        <w:gridCol w:w="5443"/>
        <w:gridCol w:w="2268"/>
        <w:gridCol w:w="5443"/>
      </w:tblGrid>
      <w:tr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Organizator: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Ośrodek Szkolenia Zawodowego DOBRY KURS Sylwia Kaczmarek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Nr kursu: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................................................</w:t>
            </w:r>
          </w:p>
        </w:tc>
      </w:tr>
      <w:tr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Miejsce realizacji: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................................................................................................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Termin kursu: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................................................</w:t>
            </w:r>
          </w:p>
        </w:tc>
      </w:tr>
      <w:tr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Liczba uczestników: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15 osób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Rodzaj kursu: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ADR początkowy podstawowy</w:t>
            </w:r>
          </w:p>
        </w:tc>
      </w:tr>
      <w:tr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Zakres: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kurs podstawowy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Łączny czas kursu: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21 godzin lekcyjnych</w:t>
            </w:r>
          </w:p>
        </w:tc>
      </w:tr>
    </w:tbl>
    <w:p>
      <w:pPr>
        <w:spacing w:before="100" w:after="60"/>
        <w:jc w:val="both"/>
      </w:pPr>
      <w:r>
        <w:rPr>
          <w:rFonts w:ascii="Arial" w:hAnsi="Arial"/>
          <w:b/>
          <w:sz w:val="17"/>
        </w:rPr>
        <w:t>Wymiar kursu: 18 godzin lekcyjnych zajęć teoretycznych oraz 3 godziny lekcyjne zajęć praktycznych dla grupy 15 osób. Dwa pierwsze dni obejmują po 8 godzin dydaktycznych, a trzeci dzień – 5 godzin dydaktycznych. Po zakończeniu zajęć trzeciego dnia przewidziano egzamin ADR. Jedna godzina lekcyjna trwa 45 minut. Przerwy nie są wliczane do czasu zajęć.</w:t>
      </w:r>
    </w:p>
    <w:p>
      <w:pPr>
        <w:spacing w:after="80"/>
        <w:jc w:val="both"/>
      </w:pPr>
      <w:r>
        <w:rPr>
          <w:rFonts w:ascii="Arial" w:hAnsi="Arial"/>
          <w:sz w:val="16"/>
        </w:rPr>
        <w:t>Podstawa programowa: załącznik nr 1 do rozporządzenia Ministra Transportu, Budownictwa i Gospodarki Morskiej z dnia 29 maja 2012 r. w sprawie prowadzenia kursów z zakresu przewozu towarów niebezpiecznych (tekst jednolity: Dz.U. z 2021 r. poz. 2150).</w:t>
      </w:r>
    </w:p>
    <w:p>
      <w:pPr>
        <w:spacing w:after="60"/>
      </w:pPr>
      <w:r>
        <w:rPr>
          <w:rFonts w:ascii="Arial" w:hAnsi="Arial"/>
          <w:b/>
          <w:sz w:val="24"/>
        </w:rPr>
        <w:t>DZIEŃ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1134"/>
        <w:gridCol w:w="4082"/>
        <w:gridCol w:w="1701"/>
        <w:gridCol w:w="4535"/>
      </w:tblGrid>
      <w:tr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Data: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................................................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Zajęcia: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od godz. 08:00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1814"/>
        <w:gridCol w:w="1247"/>
        <w:gridCol w:w="1701"/>
        <w:gridCol w:w="9581"/>
        <w:gridCol w:w="1417"/>
      </w:tblGrid>
      <w:tr>
        <w:trPr>
          <w:tblHeader w:val="true"/>
        </w:trPr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Godziny</w:t>
            </w:r>
          </w:p>
        </w:tc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Moduł</w:t>
            </w:r>
          </w:p>
        </w:tc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Forma</w:t>
            </w:r>
          </w:p>
        </w:tc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Temat zajęć</w:t>
            </w:r>
          </w:p>
        </w:tc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Godz. lekcyjne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08:00–09:30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Moduł 1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teoretyczne</w:t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Wymagania ogólne dotyczące przewozu towarów niebezpiecznych, w tym przepisy prawne, podstawowe definicje, szkolenie osób zaangażowanych w przewóz oraz wyłączenia stosowania przepisów Umowy ADR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2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09:30–09:35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 organizacyjna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—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09:35–11:05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Moduł 2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teoretyczne</w:t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Główne rodzaje zagrożeń – podstawy klasyfikacji towarów niebezpiecznych oraz rozpoznawanie zagrożeń na podstawie nalepek i znaków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2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11:05–11:10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 organizacyjna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—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11:10–12:40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Moduł 3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teoretyczne</w:t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Informacje na temat ochrony środowiska i kontroli przewozu odpadów (1 godz.) oraz działania zapobiegawcze i środki bezpieczeństwa właściwe dla różnych rodzajów zagrożeń (1 godz.)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2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12:40–12:45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 organizacyjna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—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12:45–14:15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Moduł 4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teoretyczne</w:t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Czynności podejmowane po zaistnieniu wypadku, w szczególności pierwsza pomoc, bezpieczeństwo ruchu drogowego i używanie sprzętu ochronnego (1 godz.) oraz oznakowanie, nalepki ostrzegawcze i tablice barwy pomarańczowej (1 godz.)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2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14:15–14:20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 organizacyjna po zakończeniu modułu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—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sz w:val="17"/>
        </w:rPr>
        <w:t>Łączny wymiar zajęć dydaktycznych w dniu 1: 8 godzin lekcyjnych.</w:t>
      </w:r>
    </w:p>
    <w:p>
      <w:pPr>
        <w:spacing w:after="0"/>
      </w:pPr>
      <w:r>
        <w:rPr>
          <w:rFonts w:ascii="Arial" w:hAnsi="Arial"/>
          <w:sz w:val="17"/>
        </w:rPr>
        <w:t>Prowadzący zajęcia: ........................................................................................................................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24"/>
        </w:rPr>
        <w:t>DZIEŃ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1134"/>
        <w:gridCol w:w="4082"/>
        <w:gridCol w:w="1701"/>
        <w:gridCol w:w="4535"/>
      </w:tblGrid>
      <w:tr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Data: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................................................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Zajęcia: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od godz. 08:00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1814"/>
        <w:gridCol w:w="1247"/>
        <w:gridCol w:w="1701"/>
        <w:gridCol w:w="9581"/>
        <w:gridCol w:w="1417"/>
      </w:tblGrid>
      <w:tr>
        <w:trPr>
          <w:tblHeader w:val="true"/>
        </w:trPr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Godziny</w:t>
            </w:r>
          </w:p>
        </w:tc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Moduł</w:t>
            </w:r>
          </w:p>
        </w:tc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Forma</w:t>
            </w:r>
          </w:p>
        </w:tc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Temat zajęć</w:t>
            </w:r>
          </w:p>
        </w:tc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Godz. lekcyjne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08:00–09:30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Moduł 1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teoretyczne</w:t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Odpowiedzialność kierowcy i innych uczestników przewozu towarów niebezpiecznych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2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09:30–09:35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 organizacyjna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—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09:35–11:05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Moduł 2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teoretyczne</w:t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Przeznaczenie i sposób działania wyposażenia technicznego pojazdów, w tym wyposażenia przeciwpożarowego oraz wyposażenia ochronnego – wymagania i sposób użycia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2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11:05–11:10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 organizacyjna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—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11:10–12:40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Moduł 3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teoretyczne</w:t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Manipulowanie sztukami przesyłki i ich układanie, załadunek i rozładunek, zakazy ładowania razem, ograniczenia przy przewozie z żywnością, środki ostrożności oraz mocowanie i zabezpieczanie ładunku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2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12:40–12:45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 organizacyjna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—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12:45–14:15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Moduł 4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teoretyczne</w:t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Informacje na temat realizacji przewozu kombinowanego (1 godz.) oraz ograniczenia przejazdu przez tunele i postępowanie kierowcy podczas takiego przejazdu (1 godz.)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2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14:15–14:20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 organizacyjna po zakończeniu modułu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—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sz w:val="17"/>
        </w:rPr>
        <w:t>Łączny wymiar zajęć dydaktycznych w dniu 2: 8 godzin lekcyjnych.</w:t>
      </w:r>
    </w:p>
    <w:p>
      <w:pPr>
        <w:spacing w:after="0"/>
      </w:pPr>
      <w:r>
        <w:rPr>
          <w:rFonts w:ascii="Arial" w:hAnsi="Arial"/>
          <w:sz w:val="17"/>
        </w:rPr>
        <w:t>Prowadzący zajęcia: ........................................................................................................................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24"/>
        </w:rPr>
        <w:t>DZIEŃ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1134"/>
        <w:gridCol w:w="4082"/>
        <w:gridCol w:w="1701"/>
        <w:gridCol w:w="4535"/>
      </w:tblGrid>
      <w:tr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Data: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................................................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Zajęcia:</w:t>
            </w:r>
          </w:p>
        </w:tc>
        <w:tc>
          <w:tcPr>
            <w:tcW w:type="dxa" w:w="386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od godz. 08:00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1814"/>
        <w:gridCol w:w="1247"/>
        <w:gridCol w:w="1701"/>
        <w:gridCol w:w="9581"/>
        <w:gridCol w:w="1417"/>
      </w:tblGrid>
      <w:tr>
        <w:trPr>
          <w:tblHeader w:val="true"/>
        </w:trPr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Godziny</w:t>
            </w:r>
          </w:p>
        </w:tc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Moduł</w:t>
            </w:r>
          </w:p>
        </w:tc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Forma</w:t>
            </w:r>
          </w:p>
        </w:tc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Temat zajęć</w:t>
            </w:r>
          </w:p>
        </w:tc>
        <w:tc>
          <w:tcPr>
            <w:tcW w:type="dxa" w:w="3096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6"/>
              </w:rPr>
              <w:t>Godz. lekcyjne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08:00–09:30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Moduł 1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teoretyczne</w:t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Ochrona towarów niebezpiecznych (1 godz.) oraz dokumentacja wymagana przy przewozie towarów niebezpiecznych, w tym zawartość i zasady sporządzania dokumentu przewozowego (1 godz.)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2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09:30–09:35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 organizacyjna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—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09:35–11:05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Moduł 2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praktyczne</w:t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Gaszenie pożarów – ćwiczenia z instruktażem (1 godz.) oraz pierwsza pomoc – ćwiczenia z instruktażem dotyczące obrażeń będących skutkiem oddziaływania towaru niebezpiecznego (1 godz.)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2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11:05–11:10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 organizacyjna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—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11:10–11:55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Moduł 3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praktyczne</w:t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Postępowanie w razie zaistnienia wypadku lub awarii: procedury powiadamiania, zabezpieczenie miejsca zdarzenia, stosowanie sprzętu ochronnego, rozpoznawanie zagrożeń oraz ograniczanie skutków zdarzenia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11:55–12:00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5"/>
              </w:rPr>
              <w:t>Przerwa organizacyjna przed egzaminem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—</w:t>
            </w:r>
          </w:p>
        </w:tc>
      </w:tr>
      <w:tr>
        <w:tc>
          <w:tcPr>
            <w:tcW w:type="dxa" w:w="1814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sz w:val="15"/>
              </w:rPr>
              <w:t>12:00–........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sz w:val="15"/>
              </w:rPr>
              <w:t>Egzamin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egzamin</w:t>
            </w:r>
          </w:p>
        </w:tc>
        <w:tc>
          <w:tcPr>
            <w:tcW w:type="dxa" w:w="958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5"/>
              </w:rPr>
              <w:t>Egzamin ADR po zakończeniu wszystkich zajęć dydaktycznych – godzina zakończenia do uzupełnienia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5"/>
              </w:rPr>
              <w:t>nie wlicza się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sz w:val="17"/>
        </w:rPr>
        <w:t>Łączny wymiar zajęć dydaktycznych w dniu 3: 5 godzin lekcyjnych.</w:t>
      </w:r>
    </w:p>
    <w:p>
      <w:pPr>
        <w:spacing w:after="0"/>
      </w:pPr>
      <w:r>
        <w:rPr>
          <w:rFonts w:ascii="Arial" w:hAnsi="Arial"/>
          <w:sz w:val="17"/>
        </w:rPr>
        <w:t>Prowadzący zajęcia: ........................................................................................................................</w:t>
      </w:r>
    </w:p>
    <w:p>
      <w:r>
        <w:br w:type="page"/>
      </w:r>
    </w:p>
    <w:p>
      <w:r>
        <w:rPr>
          <w:rFonts w:ascii="Arial" w:hAnsi="Arial"/>
          <w:b/>
          <w:sz w:val="24"/>
        </w:rPr>
        <w:t>PODSUMOWANIE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9354"/>
        <w:gridCol w:w="3005"/>
        <w:gridCol w:w="3402"/>
      </w:tblGrid>
      <w:tr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Część kursu</w:t>
            </w:r>
          </w:p>
        </w:tc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Godziny lekcyjne</w:t>
            </w:r>
          </w:p>
        </w:tc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Uwagi</w:t>
            </w:r>
          </w:p>
        </w:tc>
      </w:tr>
      <w:tr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Kurs ADR początkowy podstawowy – zajęcia teoretyczne</w:t>
            </w:r>
          </w:p>
        </w:tc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7"/>
              </w:rPr>
              <w:t>18</w:t>
            </w:r>
          </w:p>
        </w:tc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7"/>
              </w:rPr>
              <w:t>zgodnie z ramowym programem</w:t>
            </w:r>
          </w:p>
        </w:tc>
      </w:tr>
      <w:tr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sz w:val="17"/>
              </w:rPr>
              <w:t>Zajęcia praktyczne dla 15 osób</w:t>
            </w:r>
          </w:p>
        </w:tc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7"/>
              </w:rPr>
              <w:t>3</w:t>
            </w:r>
          </w:p>
        </w:tc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7"/>
              </w:rPr>
              <w:t>1 godzina na każdych 5 uczestników</w:t>
            </w:r>
          </w:p>
        </w:tc>
      </w:tr>
      <w:tr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Łączny czas kursu</w:t>
            </w:r>
          </w:p>
        </w:tc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21</w:t>
            </w:r>
          </w:p>
        </w:tc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2 dni po 8 godz. + 1 dzień 5 godz.</w:t>
            </w:r>
          </w:p>
        </w:tc>
      </w:tr>
      <w:tr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sz w:val="17"/>
              </w:rPr>
              <w:t>Egzamin ADR</w:t>
            </w:r>
          </w:p>
        </w:tc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—</w:t>
            </w:r>
          </w:p>
        </w:tc>
        <w:tc>
          <w:tcPr>
            <w:tcW w:type="dxa" w:w="515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po zakończeniu zajęć w dniu 3; nie wlicza się do czasu kursu</w:t>
            </w:r>
          </w:p>
        </w:tc>
      </w:tr>
    </w:tbl>
    <w:p>
      <w:pPr>
        <w:spacing w:before="120" w:after="40"/>
        <w:jc w:val="both"/>
      </w:pPr>
      <w:r>
        <w:rPr>
          <w:rFonts w:ascii="Arial" w:hAnsi="Arial"/>
          <w:sz w:val="17"/>
        </w:rPr>
        <w:t>Uwagi organizacyjne: kurs przeznaczony jest dla 15 uczestników. Dwa pierwsze dni obejmują po 8 godzin dydaktycznych. Każdy pełny moduł trwa 90 minut (2 godziny lekcyjne), a po każdym takim module zaplanowano 5-minutową przerwę. Trzeciego dnia zajęcia trwają od 08:00 do 11:55. Po 5-minutowej przerwie organizacyjnej egzamin ADR rozpoczyna się o godz. 12:00. Egzamin nie jest wliczony do 21 godzin lekcyjnych kursu.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73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sz w:val="18"/>
              </w:rPr>
              <w:t>Opracował(a)</w:t>
            </w:r>
          </w:p>
        </w:tc>
        <w:tc>
          <w:tcPr>
            <w:tcW w:type="dxa" w:w="773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sz w:val="18"/>
              </w:rPr>
              <w:t>Zatwierdził(a)</w:t>
            </w:r>
          </w:p>
        </w:tc>
      </w:tr>
      <w:tr>
        <w:tc>
          <w:tcPr>
            <w:tcW w:type="dxa" w:w="773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7"/>
              </w:rPr>
              <w:br/>
              <w:t>........................................................</w:t>
              <w:br/>
              <w:t>(data i podpis)</w:t>
            </w:r>
          </w:p>
        </w:tc>
        <w:tc>
          <w:tcPr>
            <w:tcW w:type="dxa" w:w="7739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sz w:val="17"/>
              </w:rPr>
              <w:br/>
              <w:t>........................................................</w:t>
              <w:br/>
              <w:t>(data i podpis)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24" w:right="680" w:bottom="62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A5A5A"/>
        <w:sz w:val="16"/>
      </w:rPr>
      <w:t>Harmonogram kursu ADR początkowego podstawowego – 15 osób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A5A5A"/>
        <w:sz w:val="16"/>
      </w:rPr>
      <w:t>Ośrodek Szkolenia Zawodowego DOBRY KURS Sylwia Kaczmarek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